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70"/>
        <w:gridCol w:w="5436"/>
      </w:tblGrid>
      <w:tr w:rsidR="009F4A06" w14:paraId="0F6B80FC" w14:textId="77777777" w:rsidTr="00012AB3">
        <w:trPr>
          <w:trHeight w:val="654"/>
          <w:jc w:val="center"/>
        </w:trPr>
        <w:tc>
          <w:tcPr>
            <w:tcW w:w="4770" w:type="dxa"/>
            <w:shd w:val="clear" w:color="auto" w:fill="143A5A"/>
            <w:tcMar>
              <w:top w:w="220" w:type="dxa"/>
              <w:left w:w="230" w:type="dxa"/>
              <w:bottom w:w="220" w:type="dxa"/>
              <w:right w:w="230" w:type="dxa"/>
            </w:tcMar>
          </w:tcPr>
          <w:p w14:paraId="1638E700" w14:textId="77777777" w:rsidR="009F4A06" w:rsidRDefault="00000000">
            <w:r>
              <w:rPr>
                <w:rFonts w:eastAsia="Aptos"/>
                <w:b/>
                <w:color w:val="FFFFFF"/>
                <w:sz w:val="40"/>
              </w:rPr>
              <w:t>THÔNG TIN ỨNG VIÊN</w:t>
            </w:r>
          </w:p>
          <w:p w14:paraId="2002ABF7" w14:textId="77777777" w:rsidR="009F4A06" w:rsidRDefault="00000000">
            <w:pPr>
              <w:spacing w:after="0"/>
            </w:pPr>
            <w:r>
              <w:rPr>
                <w:rFonts w:eastAsia="Aptos"/>
                <w:color w:val="DCE9F2"/>
                <w:sz w:val="19"/>
              </w:rPr>
              <w:t>Candidate Information Form</w:t>
            </w:r>
          </w:p>
        </w:tc>
        <w:tc>
          <w:tcPr>
            <w:tcW w:w="5436" w:type="dxa"/>
            <w:shd w:val="clear" w:color="auto" w:fill="F3F6F8"/>
            <w:tcMar>
              <w:top w:w="150" w:type="dxa"/>
              <w:left w:w="100" w:type="dxa"/>
              <w:bottom w:w="150" w:type="dxa"/>
              <w:right w:w="100" w:type="dxa"/>
            </w:tcMar>
          </w:tcPr>
          <w:p w14:paraId="218BE8B7" w14:textId="77777777" w:rsidR="009F4A06" w:rsidRDefault="00000000">
            <w:pPr>
              <w:jc w:val="center"/>
            </w:pPr>
            <w:r>
              <w:rPr>
                <w:rFonts w:eastAsia="Aptos"/>
                <w:b/>
                <w:color w:val="607184"/>
                <w:sz w:val="16"/>
              </w:rPr>
              <w:br/>
              <w:t>ẢNH 3×4</w:t>
            </w:r>
            <w:r>
              <w:rPr>
                <w:rFonts w:eastAsia="Aptos"/>
                <w:b/>
                <w:color w:val="607184"/>
                <w:sz w:val="16"/>
              </w:rPr>
              <w:br/>
              <w:t>(nếu có)</w:t>
            </w:r>
            <w:r>
              <w:rPr>
                <w:rFonts w:eastAsia="Aptos"/>
                <w:b/>
                <w:color w:val="607184"/>
                <w:sz w:val="16"/>
              </w:rPr>
              <w:br/>
            </w:r>
          </w:p>
        </w:tc>
      </w:tr>
    </w:tbl>
    <w:p w14:paraId="2A40087C" w14:textId="77777777" w:rsidR="009F4A06" w:rsidRDefault="00000000">
      <w:pPr>
        <w:spacing w:before="100" w:after="40"/>
      </w:pPr>
      <w:r>
        <w:rPr>
          <w:rFonts w:eastAsia="Aptos"/>
          <w:b/>
          <w:color w:val="607184"/>
          <w:sz w:val="16"/>
        </w:rPr>
        <w:t xml:space="preserve">Vị trí ứng tuyển: </w:t>
      </w:r>
      <w:r>
        <w:rPr>
          <w:rFonts w:eastAsia="Aptos"/>
        </w:rPr>
        <w:t>..................................................................................................................</w:t>
      </w:r>
      <w:r>
        <w:rPr>
          <w:rFonts w:eastAsia="Aptos"/>
          <w:b/>
          <w:color w:val="607184"/>
          <w:sz w:val="16"/>
        </w:rPr>
        <w:t xml:space="preserve">   Ngày cập nhật: </w:t>
      </w:r>
      <w:r>
        <w:rPr>
          <w:rFonts w:eastAsia="Aptos"/>
        </w:rPr>
        <w:t>........ / ........ / ........</w:t>
      </w:r>
    </w:p>
    <w:p w14:paraId="759234B7" w14:textId="77777777" w:rsidR="009F4A06" w:rsidRDefault="00000000">
      <w:pPr>
        <w:keepNext/>
        <w:pBdr>
          <w:bottom w:val="single" w:sz="14" w:space="3" w:color="4E89B8"/>
        </w:pBdr>
        <w:spacing w:before="180" w:after="80"/>
      </w:pPr>
      <w:r>
        <w:rPr>
          <w:rFonts w:eastAsia="Aptos"/>
          <w:b/>
          <w:color w:val="143A5A"/>
          <w:sz w:val="20"/>
        </w:rPr>
        <w:t>01  THÔNG TIN CÁ NHÂN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350"/>
        <w:gridCol w:w="3855"/>
      </w:tblGrid>
      <w:tr w:rsidR="009F4A06" w14:paraId="571A2950" w14:textId="77777777">
        <w:trPr>
          <w:jc w:val="center"/>
        </w:trPr>
        <w:tc>
          <w:tcPr>
            <w:tcW w:w="6350" w:type="dxa"/>
            <w:tcBorders>
              <w:bottom w:val="single" w:sz="6" w:space="0" w:color="D9E0E8"/>
            </w:tcBorders>
            <w:tcMar>
              <w:top w:w="80" w:type="dxa"/>
              <w:left w:w="60" w:type="dxa"/>
              <w:bottom w:w="80" w:type="dxa"/>
              <w:right w:w="60" w:type="dxa"/>
            </w:tcMar>
          </w:tcPr>
          <w:p w14:paraId="04FD4F1D" w14:textId="77777777" w:rsidR="009F4A06" w:rsidRDefault="00000000">
            <w:pPr>
              <w:spacing w:after="0"/>
            </w:pPr>
            <w:r>
              <w:rPr>
                <w:rFonts w:eastAsia="Aptos"/>
                <w:b/>
                <w:color w:val="607184"/>
                <w:sz w:val="15"/>
              </w:rPr>
              <w:t>HỌ VÀ TÊN</w:t>
            </w:r>
            <w:r>
              <w:rPr>
                <w:rFonts w:eastAsia="Aptos"/>
                <w:b/>
                <w:color w:val="607184"/>
                <w:sz w:val="15"/>
              </w:rPr>
              <w:br/>
            </w:r>
            <w:r>
              <w:rPr>
                <w:rFonts w:eastAsia="Aptos"/>
                <w:color w:val="1D2A38"/>
              </w:rPr>
              <w:t>........................................................................</w:t>
            </w:r>
          </w:p>
        </w:tc>
        <w:tc>
          <w:tcPr>
            <w:tcW w:w="3855" w:type="dxa"/>
            <w:tcBorders>
              <w:bottom w:val="single" w:sz="6" w:space="0" w:color="D9E0E8"/>
            </w:tcBorders>
            <w:tcMar>
              <w:top w:w="80" w:type="dxa"/>
              <w:left w:w="60" w:type="dxa"/>
              <w:bottom w:w="80" w:type="dxa"/>
              <w:right w:w="60" w:type="dxa"/>
            </w:tcMar>
          </w:tcPr>
          <w:p w14:paraId="04D0BE1E" w14:textId="77777777" w:rsidR="009F4A06" w:rsidRDefault="00000000">
            <w:pPr>
              <w:spacing w:after="0"/>
            </w:pPr>
            <w:r>
              <w:rPr>
                <w:rFonts w:eastAsia="Aptos"/>
                <w:b/>
                <w:color w:val="607184"/>
                <w:sz w:val="15"/>
              </w:rPr>
              <w:t>GIỚI TÍNH</w:t>
            </w:r>
            <w:r>
              <w:rPr>
                <w:rFonts w:eastAsia="Aptos"/>
                <w:b/>
                <w:color w:val="607184"/>
                <w:sz w:val="15"/>
              </w:rPr>
              <w:br/>
            </w:r>
            <w:r>
              <w:rPr>
                <w:rFonts w:eastAsia="Aptos"/>
                <w:color w:val="1D2A38"/>
              </w:rPr>
              <w:t>☐ Nam   ☐ Nữ   ☐ Khác</w:t>
            </w:r>
          </w:p>
        </w:tc>
      </w:tr>
      <w:tr w:rsidR="009F4A06" w14:paraId="65F05CB8" w14:textId="77777777">
        <w:trPr>
          <w:jc w:val="center"/>
        </w:trPr>
        <w:tc>
          <w:tcPr>
            <w:tcW w:w="6350" w:type="dxa"/>
            <w:tcBorders>
              <w:bottom w:val="single" w:sz="6" w:space="0" w:color="D9E0E8"/>
            </w:tcBorders>
            <w:tcMar>
              <w:top w:w="80" w:type="dxa"/>
              <w:left w:w="60" w:type="dxa"/>
              <w:bottom w:w="80" w:type="dxa"/>
              <w:right w:w="60" w:type="dxa"/>
            </w:tcMar>
          </w:tcPr>
          <w:p w14:paraId="21AFC68B" w14:textId="77777777" w:rsidR="009F4A06" w:rsidRDefault="00000000">
            <w:pPr>
              <w:spacing w:after="0"/>
            </w:pPr>
            <w:r>
              <w:rPr>
                <w:rFonts w:eastAsia="Aptos"/>
                <w:b/>
                <w:color w:val="607184"/>
                <w:sz w:val="15"/>
              </w:rPr>
              <w:t>NGÀY SINH</w:t>
            </w:r>
            <w:r>
              <w:rPr>
                <w:rFonts w:eastAsia="Aptos"/>
                <w:b/>
                <w:color w:val="607184"/>
                <w:sz w:val="15"/>
              </w:rPr>
              <w:br/>
            </w:r>
            <w:r>
              <w:rPr>
                <w:rFonts w:eastAsia="Aptos"/>
                <w:color w:val="1D2A38"/>
              </w:rPr>
              <w:t>........ / ........ / ........</w:t>
            </w:r>
          </w:p>
        </w:tc>
        <w:tc>
          <w:tcPr>
            <w:tcW w:w="3855" w:type="dxa"/>
            <w:tcBorders>
              <w:bottom w:val="single" w:sz="6" w:space="0" w:color="D9E0E8"/>
            </w:tcBorders>
            <w:tcMar>
              <w:top w:w="80" w:type="dxa"/>
              <w:left w:w="60" w:type="dxa"/>
              <w:bottom w:w="80" w:type="dxa"/>
              <w:right w:w="60" w:type="dxa"/>
            </w:tcMar>
          </w:tcPr>
          <w:p w14:paraId="6F608C39" w14:textId="77777777" w:rsidR="009F4A06" w:rsidRDefault="00000000">
            <w:pPr>
              <w:spacing w:after="0"/>
            </w:pPr>
            <w:r>
              <w:rPr>
                <w:rFonts w:eastAsia="Aptos"/>
                <w:b/>
                <w:color w:val="607184"/>
                <w:sz w:val="15"/>
              </w:rPr>
              <w:t>ĐIỆN THOẠI</w:t>
            </w:r>
            <w:r>
              <w:rPr>
                <w:rFonts w:eastAsia="Aptos"/>
                <w:b/>
                <w:color w:val="607184"/>
                <w:sz w:val="15"/>
              </w:rPr>
              <w:br/>
            </w:r>
            <w:r>
              <w:rPr>
                <w:rFonts w:eastAsia="Aptos"/>
                <w:color w:val="1D2A38"/>
              </w:rPr>
              <w:t>................................................</w:t>
            </w:r>
          </w:p>
        </w:tc>
      </w:tr>
      <w:tr w:rsidR="009F4A06" w14:paraId="100C1478" w14:textId="77777777">
        <w:trPr>
          <w:jc w:val="center"/>
        </w:trPr>
        <w:tc>
          <w:tcPr>
            <w:tcW w:w="6350" w:type="dxa"/>
            <w:tcBorders>
              <w:bottom w:val="single" w:sz="6" w:space="0" w:color="D9E0E8"/>
            </w:tcBorders>
            <w:tcMar>
              <w:top w:w="80" w:type="dxa"/>
              <w:left w:w="60" w:type="dxa"/>
              <w:bottom w:w="80" w:type="dxa"/>
              <w:right w:w="60" w:type="dxa"/>
            </w:tcMar>
          </w:tcPr>
          <w:p w14:paraId="5121DBFB" w14:textId="77777777" w:rsidR="009F4A06" w:rsidRDefault="00000000">
            <w:pPr>
              <w:spacing w:after="0"/>
            </w:pPr>
            <w:r>
              <w:rPr>
                <w:rFonts w:eastAsia="Aptos"/>
                <w:b/>
                <w:color w:val="607184"/>
                <w:sz w:val="15"/>
              </w:rPr>
              <w:t>EMAIL</w:t>
            </w:r>
            <w:r>
              <w:rPr>
                <w:rFonts w:eastAsia="Aptos"/>
                <w:b/>
                <w:color w:val="607184"/>
                <w:sz w:val="15"/>
              </w:rPr>
              <w:br/>
            </w:r>
            <w:r>
              <w:rPr>
                <w:rFonts w:eastAsia="Aptos"/>
                <w:color w:val="1D2A38"/>
              </w:rPr>
              <w:t>........................................................................</w:t>
            </w:r>
          </w:p>
        </w:tc>
        <w:tc>
          <w:tcPr>
            <w:tcW w:w="3855" w:type="dxa"/>
            <w:tcBorders>
              <w:bottom w:val="single" w:sz="6" w:space="0" w:color="D9E0E8"/>
            </w:tcBorders>
            <w:tcMar>
              <w:top w:w="80" w:type="dxa"/>
              <w:left w:w="60" w:type="dxa"/>
              <w:bottom w:w="80" w:type="dxa"/>
              <w:right w:w="60" w:type="dxa"/>
            </w:tcMar>
          </w:tcPr>
          <w:p w14:paraId="1B00FD8F" w14:textId="77777777" w:rsidR="009F4A06" w:rsidRDefault="00000000">
            <w:pPr>
              <w:spacing w:after="0"/>
            </w:pPr>
            <w:r>
              <w:rPr>
                <w:rFonts w:eastAsia="Aptos"/>
                <w:b/>
                <w:color w:val="607184"/>
                <w:sz w:val="15"/>
              </w:rPr>
              <w:t>QUỐC TỊCH</w:t>
            </w:r>
            <w:r>
              <w:rPr>
                <w:rFonts w:eastAsia="Aptos"/>
                <w:b/>
                <w:color w:val="607184"/>
                <w:sz w:val="15"/>
              </w:rPr>
              <w:br/>
            </w:r>
            <w:r>
              <w:rPr>
                <w:rFonts w:eastAsia="Aptos"/>
                <w:color w:val="1D2A38"/>
              </w:rPr>
              <w:t>................................................</w:t>
            </w:r>
          </w:p>
        </w:tc>
      </w:tr>
      <w:tr w:rsidR="009F4A06" w14:paraId="7C5792E5" w14:textId="77777777">
        <w:trPr>
          <w:jc w:val="center"/>
        </w:trPr>
        <w:tc>
          <w:tcPr>
            <w:tcW w:w="6350" w:type="dxa"/>
            <w:tcBorders>
              <w:bottom w:val="single" w:sz="6" w:space="0" w:color="D9E0E8"/>
            </w:tcBorders>
            <w:tcMar>
              <w:top w:w="80" w:type="dxa"/>
              <w:left w:w="60" w:type="dxa"/>
              <w:bottom w:w="80" w:type="dxa"/>
              <w:right w:w="60" w:type="dxa"/>
            </w:tcMar>
          </w:tcPr>
          <w:p w14:paraId="3A79F7F1" w14:textId="77777777" w:rsidR="009F4A06" w:rsidRDefault="00000000">
            <w:pPr>
              <w:spacing w:after="0"/>
            </w:pPr>
            <w:r>
              <w:rPr>
                <w:rFonts w:eastAsia="Aptos"/>
                <w:b/>
                <w:color w:val="607184"/>
                <w:sz w:val="15"/>
              </w:rPr>
              <w:t>ĐỊA CHỈ HIỆN TẠI</w:t>
            </w:r>
            <w:r>
              <w:rPr>
                <w:rFonts w:eastAsia="Aptos"/>
                <w:b/>
                <w:color w:val="607184"/>
                <w:sz w:val="15"/>
              </w:rPr>
              <w:br/>
            </w:r>
            <w:r>
              <w:rPr>
                <w:rFonts w:eastAsia="Aptos"/>
                <w:color w:val="1D2A38"/>
              </w:rPr>
              <w:t>........................................................................</w:t>
            </w:r>
          </w:p>
        </w:tc>
        <w:tc>
          <w:tcPr>
            <w:tcW w:w="3855" w:type="dxa"/>
            <w:tcBorders>
              <w:bottom w:val="single" w:sz="6" w:space="0" w:color="D9E0E8"/>
            </w:tcBorders>
            <w:tcMar>
              <w:top w:w="80" w:type="dxa"/>
              <w:left w:w="60" w:type="dxa"/>
              <w:bottom w:w="80" w:type="dxa"/>
              <w:right w:w="60" w:type="dxa"/>
            </w:tcMar>
          </w:tcPr>
          <w:p w14:paraId="7429A2CD" w14:textId="77777777" w:rsidR="009F4A06" w:rsidRDefault="00000000">
            <w:pPr>
              <w:spacing w:after="0"/>
            </w:pPr>
            <w:r>
              <w:rPr>
                <w:rFonts w:eastAsia="Aptos"/>
                <w:b/>
                <w:color w:val="607184"/>
                <w:sz w:val="15"/>
              </w:rPr>
              <w:t>LINKEDIN / PORTFOLIO</w:t>
            </w:r>
            <w:r>
              <w:rPr>
                <w:rFonts w:eastAsia="Aptos"/>
                <w:b/>
                <w:color w:val="607184"/>
                <w:sz w:val="15"/>
              </w:rPr>
              <w:br/>
            </w:r>
            <w:r>
              <w:rPr>
                <w:rFonts w:eastAsia="Aptos"/>
                <w:color w:val="1D2A38"/>
              </w:rPr>
              <w:t>................................................</w:t>
            </w:r>
          </w:p>
        </w:tc>
      </w:tr>
    </w:tbl>
    <w:p w14:paraId="46AB6848" w14:textId="77777777" w:rsidR="009F4A06" w:rsidRDefault="00000000">
      <w:pPr>
        <w:keepNext/>
        <w:pBdr>
          <w:bottom w:val="single" w:sz="14" w:space="3" w:color="4E89B8"/>
        </w:pBdr>
        <w:spacing w:before="180" w:after="80"/>
      </w:pPr>
      <w:r>
        <w:rPr>
          <w:rFonts w:eastAsia="Aptos"/>
          <w:b/>
          <w:color w:val="143A5A"/>
          <w:sz w:val="20"/>
        </w:rPr>
        <w:t>02  HỌC VẤN &amp; CHỨNG CHỈ CHUYÊN MÔN</w:t>
      </w:r>
    </w:p>
    <w:tbl>
      <w:tblPr>
        <w:tblW w:w="0" w:type="auto"/>
        <w:jc w:val="center"/>
        <w:tblBorders>
          <w:top w:val="single" w:sz="6" w:space="0" w:color="D9E0E8"/>
          <w:left w:val="single" w:sz="6" w:space="0" w:color="D9E0E8"/>
          <w:bottom w:val="single" w:sz="6" w:space="0" w:color="D9E0E8"/>
          <w:right w:val="single" w:sz="6" w:space="0" w:color="D9E0E8"/>
          <w:insideH w:val="single" w:sz="6" w:space="0" w:color="D9E0E8"/>
          <w:insideV w:val="single" w:sz="6" w:space="0" w:color="D9E0E8"/>
        </w:tblBorders>
        <w:tblLayout w:type="fixed"/>
        <w:tblLook w:val="04A0" w:firstRow="1" w:lastRow="0" w:firstColumn="1" w:lastColumn="0" w:noHBand="0" w:noVBand="1"/>
      </w:tblPr>
      <w:tblGrid>
        <w:gridCol w:w="1474"/>
        <w:gridCol w:w="3175"/>
        <w:gridCol w:w="3288"/>
        <w:gridCol w:w="2268"/>
      </w:tblGrid>
      <w:tr w:rsidR="009F4A06" w14:paraId="101988CA" w14:textId="77777777">
        <w:trPr>
          <w:tblHeader/>
          <w:jc w:val="center"/>
        </w:trPr>
        <w:tc>
          <w:tcPr>
            <w:tcW w:w="1474" w:type="dxa"/>
            <w:shd w:val="clear" w:color="auto" w:fill="EAF1F7"/>
            <w:tcMar>
              <w:top w:w="80" w:type="dxa"/>
              <w:left w:w="70" w:type="dxa"/>
              <w:bottom w:w="80" w:type="dxa"/>
              <w:right w:w="70" w:type="dxa"/>
            </w:tcMar>
            <w:vAlign w:val="center"/>
          </w:tcPr>
          <w:p w14:paraId="38CC6D32" w14:textId="77777777" w:rsidR="009F4A06" w:rsidRDefault="00000000">
            <w:pPr>
              <w:spacing w:after="0"/>
              <w:jc w:val="center"/>
            </w:pPr>
            <w:r>
              <w:rPr>
                <w:rFonts w:eastAsia="Aptos"/>
                <w:b/>
                <w:color w:val="143A5A"/>
                <w:sz w:val="15"/>
              </w:rPr>
              <w:t>Thời gian</w:t>
            </w:r>
          </w:p>
        </w:tc>
        <w:tc>
          <w:tcPr>
            <w:tcW w:w="3175" w:type="dxa"/>
            <w:shd w:val="clear" w:color="auto" w:fill="EAF1F7"/>
            <w:tcMar>
              <w:top w:w="80" w:type="dxa"/>
              <w:left w:w="70" w:type="dxa"/>
              <w:bottom w:w="80" w:type="dxa"/>
              <w:right w:w="70" w:type="dxa"/>
            </w:tcMar>
            <w:vAlign w:val="center"/>
          </w:tcPr>
          <w:p w14:paraId="1585E53E" w14:textId="77777777" w:rsidR="009F4A06" w:rsidRDefault="00000000">
            <w:pPr>
              <w:spacing w:after="0"/>
              <w:jc w:val="center"/>
            </w:pPr>
            <w:r>
              <w:rPr>
                <w:rFonts w:eastAsia="Aptos"/>
                <w:b/>
                <w:color w:val="143A5A"/>
                <w:sz w:val="15"/>
              </w:rPr>
              <w:t>Trường / Đơn vị đào tạo</w:t>
            </w:r>
          </w:p>
        </w:tc>
        <w:tc>
          <w:tcPr>
            <w:tcW w:w="3288" w:type="dxa"/>
            <w:shd w:val="clear" w:color="auto" w:fill="EAF1F7"/>
            <w:tcMar>
              <w:top w:w="80" w:type="dxa"/>
              <w:left w:w="70" w:type="dxa"/>
              <w:bottom w:w="80" w:type="dxa"/>
              <w:right w:w="70" w:type="dxa"/>
            </w:tcMar>
            <w:vAlign w:val="center"/>
          </w:tcPr>
          <w:p w14:paraId="4CB83957" w14:textId="77777777" w:rsidR="009F4A06" w:rsidRDefault="00000000">
            <w:pPr>
              <w:spacing w:after="0"/>
              <w:jc w:val="center"/>
            </w:pPr>
            <w:r>
              <w:rPr>
                <w:rFonts w:eastAsia="Aptos"/>
                <w:b/>
                <w:color w:val="143A5A"/>
                <w:sz w:val="15"/>
              </w:rPr>
              <w:t>Chuyên ngành / Chương trình</w:t>
            </w:r>
          </w:p>
        </w:tc>
        <w:tc>
          <w:tcPr>
            <w:tcW w:w="2268" w:type="dxa"/>
            <w:shd w:val="clear" w:color="auto" w:fill="EAF1F7"/>
            <w:tcMar>
              <w:top w:w="80" w:type="dxa"/>
              <w:left w:w="70" w:type="dxa"/>
              <w:bottom w:w="80" w:type="dxa"/>
              <w:right w:w="70" w:type="dxa"/>
            </w:tcMar>
            <w:vAlign w:val="center"/>
          </w:tcPr>
          <w:p w14:paraId="527C92D3" w14:textId="77777777" w:rsidR="009F4A06" w:rsidRDefault="00000000">
            <w:pPr>
              <w:spacing w:after="0"/>
              <w:jc w:val="center"/>
            </w:pPr>
            <w:r>
              <w:rPr>
                <w:rFonts w:eastAsia="Aptos"/>
                <w:b/>
                <w:color w:val="143A5A"/>
                <w:sz w:val="15"/>
              </w:rPr>
              <w:t>Bằng cấp / Chứng chỉ</w:t>
            </w:r>
          </w:p>
        </w:tc>
      </w:tr>
      <w:tr w:rsidR="009F4A06" w14:paraId="72003FCB" w14:textId="77777777">
        <w:trPr>
          <w:jc w:val="center"/>
        </w:trPr>
        <w:tc>
          <w:tcPr>
            <w:tcW w:w="1474" w:type="dxa"/>
            <w:tcMar>
              <w:top w:w="90" w:type="dxa"/>
              <w:left w:w="70" w:type="dxa"/>
              <w:bottom w:w="90" w:type="dxa"/>
              <w:right w:w="70" w:type="dxa"/>
            </w:tcMar>
          </w:tcPr>
          <w:p w14:paraId="3EA16295" w14:textId="77777777" w:rsidR="009F4A06" w:rsidRDefault="00000000">
            <w:pPr>
              <w:spacing w:after="0" w:line="240" w:lineRule="auto"/>
            </w:pPr>
            <w:r>
              <w:rPr>
                <w:rFonts w:eastAsia="Aptos"/>
                <w:color w:val="1D2A38"/>
                <w:sz w:val="16"/>
              </w:rPr>
              <w:t xml:space="preserve"> </w:t>
            </w:r>
          </w:p>
        </w:tc>
        <w:tc>
          <w:tcPr>
            <w:tcW w:w="3175" w:type="dxa"/>
            <w:tcMar>
              <w:top w:w="90" w:type="dxa"/>
              <w:left w:w="70" w:type="dxa"/>
              <w:bottom w:w="90" w:type="dxa"/>
              <w:right w:w="70" w:type="dxa"/>
            </w:tcMar>
          </w:tcPr>
          <w:p w14:paraId="504FC69E" w14:textId="77777777" w:rsidR="009F4A06" w:rsidRDefault="00000000">
            <w:pPr>
              <w:spacing w:after="0" w:line="240" w:lineRule="auto"/>
            </w:pPr>
            <w:r>
              <w:rPr>
                <w:rFonts w:eastAsia="Aptos"/>
                <w:color w:val="1D2A38"/>
                <w:sz w:val="16"/>
              </w:rPr>
              <w:t xml:space="preserve"> </w:t>
            </w:r>
          </w:p>
        </w:tc>
        <w:tc>
          <w:tcPr>
            <w:tcW w:w="3288" w:type="dxa"/>
            <w:tcMar>
              <w:top w:w="90" w:type="dxa"/>
              <w:left w:w="70" w:type="dxa"/>
              <w:bottom w:w="90" w:type="dxa"/>
              <w:right w:w="70" w:type="dxa"/>
            </w:tcMar>
          </w:tcPr>
          <w:p w14:paraId="1F838919" w14:textId="77777777" w:rsidR="009F4A06" w:rsidRDefault="00000000">
            <w:pPr>
              <w:spacing w:after="0" w:line="240" w:lineRule="auto"/>
            </w:pPr>
            <w:r>
              <w:rPr>
                <w:rFonts w:eastAsia="Aptos"/>
                <w:color w:val="1D2A38"/>
                <w:sz w:val="16"/>
              </w:rPr>
              <w:t xml:space="preserve"> </w:t>
            </w:r>
          </w:p>
        </w:tc>
        <w:tc>
          <w:tcPr>
            <w:tcW w:w="2268" w:type="dxa"/>
            <w:tcMar>
              <w:top w:w="90" w:type="dxa"/>
              <w:left w:w="70" w:type="dxa"/>
              <w:bottom w:w="90" w:type="dxa"/>
              <w:right w:w="70" w:type="dxa"/>
            </w:tcMar>
          </w:tcPr>
          <w:p w14:paraId="142F3490" w14:textId="77777777" w:rsidR="009F4A06" w:rsidRDefault="00000000">
            <w:pPr>
              <w:spacing w:after="0" w:line="240" w:lineRule="auto"/>
            </w:pPr>
            <w:r>
              <w:rPr>
                <w:rFonts w:eastAsia="Aptos"/>
                <w:color w:val="1D2A38"/>
                <w:sz w:val="16"/>
              </w:rPr>
              <w:t xml:space="preserve"> </w:t>
            </w:r>
          </w:p>
        </w:tc>
      </w:tr>
      <w:tr w:rsidR="009F4A06" w14:paraId="1AECEF3D" w14:textId="77777777">
        <w:trPr>
          <w:jc w:val="center"/>
        </w:trPr>
        <w:tc>
          <w:tcPr>
            <w:tcW w:w="1474" w:type="dxa"/>
            <w:tcMar>
              <w:top w:w="90" w:type="dxa"/>
              <w:left w:w="70" w:type="dxa"/>
              <w:bottom w:w="90" w:type="dxa"/>
              <w:right w:w="70" w:type="dxa"/>
            </w:tcMar>
          </w:tcPr>
          <w:p w14:paraId="0E9C3387" w14:textId="77777777" w:rsidR="009F4A06" w:rsidRDefault="00000000">
            <w:pPr>
              <w:spacing w:after="0" w:line="240" w:lineRule="auto"/>
            </w:pPr>
            <w:r>
              <w:rPr>
                <w:rFonts w:eastAsia="Aptos"/>
                <w:color w:val="1D2A38"/>
                <w:sz w:val="16"/>
              </w:rPr>
              <w:t xml:space="preserve"> </w:t>
            </w:r>
          </w:p>
        </w:tc>
        <w:tc>
          <w:tcPr>
            <w:tcW w:w="3175" w:type="dxa"/>
            <w:tcMar>
              <w:top w:w="90" w:type="dxa"/>
              <w:left w:w="70" w:type="dxa"/>
              <w:bottom w:w="90" w:type="dxa"/>
              <w:right w:w="70" w:type="dxa"/>
            </w:tcMar>
          </w:tcPr>
          <w:p w14:paraId="1971815C" w14:textId="77777777" w:rsidR="009F4A06" w:rsidRDefault="00000000">
            <w:pPr>
              <w:spacing w:after="0" w:line="240" w:lineRule="auto"/>
            </w:pPr>
            <w:r>
              <w:rPr>
                <w:rFonts w:eastAsia="Aptos"/>
                <w:color w:val="1D2A38"/>
                <w:sz w:val="16"/>
              </w:rPr>
              <w:t xml:space="preserve"> </w:t>
            </w:r>
          </w:p>
        </w:tc>
        <w:tc>
          <w:tcPr>
            <w:tcW w:w="3288" w:type="dxa"/>
            <w:tcMar>
              <w:top w:w="90" w:type="dxa"/>
              <w:left w:w="70" w:type="dxa"/>
              <w:bottom w:w="90" w:type="dxa"/>
              <w:right w:w="70" w:type="dxa"/>
            </w:tcMar>
          </w:tcPr>
          <w:p w14:paraId="327C6C8E" w14:textId="77777777" w:rsidR="009F4A06" w:rsidRDefault="00000000">
            <w:pPr>
              <w:spacing w:after="0" w:line="240" w:lineRule="auto"/>
            </w:pPr>
            <w:r>
              <w:rPr>
                <w:rFonts w:eastAsia="Aptos"/>
                <w:color w:val="1D2A38"/>
                <w:sz w:val="16"/>
              </w:rPr>
              <w:t xml:space="preserve"> </w:t>
            </w:r>
          </w:p>
        </w:tc>
        <w:tc>
          <w:tcPr>
            <w:tcW w:w="2268" w:type="dxa"/>
            <w:tcMar>
              <w:top w:w="90" w:type="dxa"/>
              <w:left w:w="70" w:type="dxa"/>
              <w:bottom w:w="90" w:type="dxa"/>
              <w:right w:w="70" w:type="dxa"/>
            </w:tcMar>
          </w:tcPr>
          <w:p w14:paraId="6A5D5E06" w14:textId="77777777" w:rsidR="009F4A06" w:rsidRDefault="00000000">
            <w:pPr>
              <w:spacing w:after="0" w:line="240" w:lineRule="auto"/>
            </w:pPr>
            <w:r>
              <w:rPr>
                <w:rFonts w:eastAsia="Aptos"/>
                <w:color w:val="1D2A38"/>
                <w:sz w:val="16"/>
              </w:rPr>
              <w:t xml:space="preserve"> </w:t>
            </w:r>
          </w:p>
        </w:tc>
      </w:tr>
      <w:tr w:rsidR="009F4A06" w14:paraId="2920B921" w14:textId="77777777">
        <w:trPr>
          <w:jc w:val="center"/>
        </w:trPr>
        <w:tc>
          <w:tcPr>
            <w:tcW w:w="1474" w:type="dxa"/>
            <w:tcMar>
              <w:top w:w="90" w:type="dxa"/>
              <w:left w:w="70" w:type="dxa"/>
              <w:bottom w:w="90" w:type="dxa"/>
              <w:right w:w="70" w:type="dxa"/>
            </w:tcMar>
          </w:tcPr>
          <w:p w14:paraId="0EA2AF96" w14:textId="77777777" w:rsidR="009F4A06" w:rsidRDefault="00000000">
            <w:pPr>
              <w:spacing w:after="0" w:line="240" w:lineRule="auto"/>
            </w:pPr>
            <w:r>
              <w:rPr>
                <w:rFonts w:eastAsia="Aptos"/>
                <w:color w:val="1D2A38"/>
                <w:sz w:val="16"/>
              </w:rPr>
              <w:t xml:space="preserve"> </w:t>
            </w:r>
          </w:p>
        </w:tc>
        <w:tc>
          <w:tcPr>
            <w:tcW w:w="3175" w:type="dxa"/>
            <w:tcMar>
              <w:top w:w="90" w:type="dxa"/>
              <w:left w:w="70" w:type="dxa"/>
              <w:bottom w:w="90" w:type="dxa"/>
              <w:right w:w="70" w:type="dxa"/>
            </w:tcMar>
          </w:tcPr>
          <w:p w14:paraId="1236B85B" w14:textId="77777777" w:rsidR="009F4A06" w:rsidRDefault="00000000">
            <w:pPr>
              <w:spacing w:after="0" w:line="240" w:lineRule="auto"/>
            </w:pPr>
            <w:r>
              <w:rPr>
                <w:rFonts w:eastAsia="Aptos"/>
                <w:color w:val="1D2A38"/>
                <w:sz w:val="16"/>
              </w:rPr>
              <w:t xml:space="preserve"> </w:t>
            </w:r>
          </w:p>
        </w:tc>
        <w:tc>
          <w:tcPr>
            <w:tcW w:w="3288" w:type="dxa"/>
            <w:tcMar>
              <w:top w:w="90" w:type="dxa"/>
              <w:left w:w="70" w:type="dxa"/>
              <w:bottom w:w="90" w:type="dxa"/>
              <w:right w:w="70" w:type="dxa"/>
            </w:tcMar>
          </w:tcPr>
          <w:p w14:paraId="584B2AA3" w14:textId="77777777" w:rsidR="009F4A06" w:rsidRDefault="00000000">
            <w:pPr>
              <w:spacing w:after="0" w:line="240" w:lineRule="auto"/>
            </w:pPr>
            <w:r>
              <w:rPr>
                <w:rFonts w:eastAsia="Aptos"/>
                <w:color w:val="1D2A38"/>
                <w:sz w:val="16"/>
              </w:rPr>
              <w:t xml:space="preserve"> </w:t>
            </w:r>
          </w:p>
        </w:tc>
        <w:tc>
          <w:tcPr>
            <w:tcW w:w="2268" w:type="dxa"/>
            <w:tcMar>
              <w:top w:w="90" w:type="dxa"/>
              <w:left w:w="70" w:type="dxa"/>
              <w:bottom w:w="90" w:type="dxa"/>
              <w:right w:w="70" w:type="dxa"/>
            </w:tcMar>
          </w:tcPr>
          <w:p w14:paraId="56AF962A" w14:textId="77777777" w:rsidR="009F4A06" w:rsidRDefault="00000000">
            <w:pPr>
              <w:spacing w:after="0" w:line="240" w:lineRule="auto"/>
            </w:pPr>
            <w:r>
              <w:rPr>
                <w:rFonts w:eastAsia="Aptos"/>
                <w:color w:val="1D2A38"/>
                <w:sz w:val="16"/>
              </w:rPr>
              <w:t xml:space="preserve"> </w:t>
            </w:r>
          </w:p>
        </w:tc>
      </w:tr>
    </w:tbl>
    <w:p w14:paraId="676AE1BB" w14:textId="77777777" w:rsidR="009F4A06" w:rsidRDefault="00000000">
      <w:pPr>
        <w:keepNext/>
        <w:pBdr>
          <w:bottom w:val="single" w:sz="14" w:space="3" w:color="4E89B8"/>
        </w:pBdr>
        <w:spacing w:before="180" w:after="80"/>
      </w:pPr>
      <w:r>
        <w:rPr>
          <w:rFonts w:eastAsia="Aptos"/>
          <w:b/>
          <w:color w:val="143A5A"/>
          <w:sz w:val="20"/>
        </w:rPr>
        <w:t>03  NGOẠI NGỮ &amp; KỸ NĂNG SỐ</w:t>
      </w:r>
    </w:p>
    <w:tbl>
      <w:tblPr>
        <w:tblW w:w="0" w:type="auto"/>
        <w:jc w:val="center"/>
        <w:tblBorders>
          <w:top w:val="single" w:sz="6" w:space="0" w:color="D9E0E8"/>
          <w:left w:val="single" w:sz="6" w:space="0" w:color="D9E0E8"/>
          <w:bottom w:val="single" w:sz="6" w:space="0" w:color="D9E0E8"/>
          <w:right w:val="single" w:sz="6" w:space="0" w:color="D9E0E8"/>
          <w:insideH w:val="single" w:sz="6" w:space="0" w:color="D9E0E8"/>
          <w:insideV w:val="single" w:sz="6" w:space="0" w:color="D9E0E8"/>
        </w:tblBorders>
        <w:tblLayout w:type="fixed"/>
        <w:tblLook w:val="04A0" w:firstRow="1" w:lastRow="0" w:firstColumn="1" w:lastColumn="0" w:noHBand="0" w:noVBand="1"/>
      </w:tblPr>
      <w:tblGrid>
        <w:gridCol w:w="2948"/>
        <w:gridCol w:w="1814"/>
        <w:gridCol w:w="1814"/>
        <w:gridCol w:w="1814"/>
        <w:gridCol w:w="1814"/>
      </w:tblGrid>
      <w:tr w:rsidR="009F4A06" w14:paraId="0D72DCDA" w14:textId="77777777">
        <w:trPr>
          <w:tblHeader/>
          <w:jc w:val="center"/>
        </w:trPr>
        <w:tc>
          <w:tcPr>
            <w:tcW w:w="2948" w:type="dxa"/>
            <w:shd w:val="clear" w:color="auto" w:fill="EAF1F7"/>
            <w:tcMar>
              <w:top w:w="80" w:type="dxa"/>
              <w:left w:w="70" w:type="dxa"/>
              <w:bottom w:w="80" w:type="dxa"/>
              <w:right w:w="70" w:type="dxa"/>
            </w:tcMar>
            <w:vAlign w:val="center"/>
          </w:tcPr>
          <w:p w14:paraId="0A62AC5C" w14:textId="77777777" w:rsidR="009F4A06" w:rsidRDefault="00000000">
            <w:pPr>
              <w:spacing w:after="0"/>
              <w:jc w:val="center"/>
            </w:pPr>
            <w:r>
              <w:rPr>
                <w:rFonts w:eastAsia="Aptos"/>
                <w:b/>
                <w:color w:val="143A5A"/>
                <w:sz w:val="15"/>
              </w:rPr>
              <w:t>Ngoại ngữ</w:t>
            </w:r>
          </w:p>
        </w:tc>
        <w:tc>
          <w:tcPr>
            <w:tcW w:w="1814" w:type="dxa"/>
            <w:shd w:val="clear" w:color="auto" w:fill="EAF1F7"/>
            <w:tcMar>
              <w:top w:w="80" w:type="dxa"/>
              <w:left w:w="70" w:type="dxa"/>
              <w:bottom w:w="80" w:type="dxa"/>
              <w:right w:w="70" w:type="dxa"/>
            </w:tcMar>
            <w:vAlign w:val="center"/>
          </w:tcPr>
          <w:p w14:paraId="067B0EB5" w14:textId="77777777" w:rsidR="009F4A06" w:rsidRDefault="00000000">
            <w:pPr>
              <w:spacing w:after="0"/>
              <w:jc w:val="center"/>
            </w:pPr>
            <w:r>
              <w:rPr>
                <w:rFonts w:eastAsia="Aptos"/>
                <w:b/>
                <w:color w:val="143A5A"/>
                <w:sz w:val="15"/>
              </w:rPr>
              <w:t>Nghe</w:t>
            </w:r>
          </w:p>
        </w:tc>
        <w:tc>
          <w:tcPr>
            <w:tcW w:w="1814" w:type="dxa"/>
            <w:shd w:val="clear" w:color="auto" w:fill="EAF1F7"/>
            <w:tcMar>
              <w:top w:w="80" w:type="dxa"/>
              <w:left w:w="70" w:type="dxa"/>
              <w:bottom w:w="80" w:type="dxa"/>
              <w:right w:w="70" w:type="dxa"/>
            </w:tcMar>
            <w:vAlign w:val="center"/>
          </w:tcPr>
          <w:p w14:paraId="39EFDB98" w14:textId="77777777" w:rsidR="009F4A06" w:rsidRDefault="00000000">
            <w:pPr>
              <w:spacing w:after="0"/>
              <w:jc w:val="center"/>
            </w:pPr>
            <w:r>
              <w:rPr>
                <w:rFonts w:eastAsia="Aptos"/>
                <w:b/>
                <w:color w:val="143A5A"/>
                <w:sz w:val="15"/>
              </w:rPr>
              <w:t>Nói</w:t>
            </w:r>
          </w:p>
        </w:tc>
        <w:tc>
          <w:tcPr>
            <w:tcW w:w="1814" w:type="dxa"/>
            <w:shd w:val="clear" w:color="auto" w:fill="EAF1F7"/>
            <w:tcMar>
              <w:top w:w="80" w:type="dxa"/>
              <w:left w:w="70" w:type="dxa"/>
              <w:bottom w:w="80" w:type="dxa"/>
              <w:right w:w="70" w:type="dxa"/>
            </w:tcMar>
            <w:vAlign w:val="center"/>
          </w:tcPr>
          <w:p w14:paraId="41C825A5" w14:textId="77777777" w:rsidR="009F4A06" w:rsidRDefault="00000000">
            <w:pPr>
              <w:spacing w:after="0"/>
              <w:jc w:val="center"/>
            </w:pPr>
            <w:r>
              <w:rPr>
                <w:rFonts w:eastAsia="Aptos"/>
                <w:b/>
                <w:color w:val="143A5A"/>
                <w:sz w:val="15"/>
              </w:rPr>
              <w:t>Đọc</w:t>
            </w:r>
          </w:p>
        </w:tc>
        <w:tc>
          <w:tcPr>
            <w:tcW w:w="1814" w:type="dxa"/>
            <w:shd w:val="clear" w:color="auto" w:fill="EAF1F7"/>
            <w:tcMar>
              <w:top w:w="80" w:type="dxa"/>
              <w:left w:w="70" w:type="dxa"/>
              <w:bottom w:w="80" w:type="dxa"/>
              <w:right w:w="70" w:type="dxa"/>
            </w:tcMar>
            <w:vAlign w:val="center"/>
          </w:tcPr>
          <w:p w14:paraId="3658F319" w14:textId="77777777" w:rsidR="009F4A06" w:rsidRDefault="00000000">
            <w:pPr>
              <w:spacing w:after="0"/>
              <w:jc w:val="center"/>
            </w:pPr>
            <w:r>
              <w:rPr>
                <w:rFonts w:eastAsia="Aptos"/>
                <w:b/>
                <w:color w:val="143A5A"/>
                <w:sz w:val="15"/>
              </w:rPr>
              <w:t>Viết</w:t>
            </w:r>
          </w:p>
        </w:tc>
      </w:tr>
      <w:tr w:rsidR="009F4A06" w14:paraId="01499FB5" w14:textId="77777777">
        <w:trPr>
          <w:jc w:val="center"/>
        </w:trPr>
        <w:tc>
          <w:tcPr>
            <w:tcW w:w="2948" w:type="dxa"/>
            <w:tcMar>
              <w:top w:w="90" w:type="dxa"/>
              <w:left w:w="70" w:type="dxa"/>
              <w:bottom w:w="90" w:type="dxa"/>
              <w:right w:w="70" w:type="dxa"/>
            </w:tcMar>
          </w:tcPr>
          <w:p w14:paraId="0A8F57B6"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3824A3A8"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70A722E5"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56F2943D"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332DDB7A" w14:textId="77777777" w:rsidR="009F4A06" w:rsidRDefault="00000000">
            <w:pPr>
              <w:spacing w:after="0" w:line="240" w:lineRule="auto"/>
            </w:pPr>
            <w:r>
              <w:rPr>
                <w:rFonts w:eastAsia="Aptos"/>
                <w:color w:val="1D2A38"/>
                <w:sz w:val="16"/>
              </w:rPr>
              <w:t xml:space="preserve"> </w:t>
            </w:r>
          </w:p>
        </w:tc>
      </w:tr>
      <w:tr w:rsidR="009F4A06" w14:paraId="0F5510E7" w14:textId="77777777">
        <w:trPr>
          <w:jc w:val="center"/>
        </w:trPr>
        <w:tc>
          <w:tcPr>
            <w:tcW w:w="2948" w:type="dxa"/>
            <w:tcMar>
              <w:top w:w="90" w:type="dxa"/>
              <w:left w:w="70" w:type="dxa"/>
              <w:bottom w:w="90" w:type="dxa"/>
              <w:right w:w="70" w:type="dxa"/>
            </w:tcMar>
          </w:tcPr>
          <w:p w14:paraId="008081B4"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5CFC8A8A"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5F5BC5A7"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5EBA9060" w14:textId="77777777" w:rsidR="009F4A06" w:rsidRDefault="00000000">
            <w:pPr>
              <w:spacing w:after="0" w:line="240" w:lineRule="auto"/>
            </w:pPr>
            <w:r>
              <w:rPr>
                <w:rFonts w:eastAsia="Aptos"/>
                <w:color w:val="1D2A38"/>
                <w:sz w:val="16"/>
              </w:rPr>
              <w:t xml:space="preserve"> </w:t>
            </w:r>
          </w:p>
        </w:tc>
        <w:tc>
          <w:tcPr>
            <w:tcW w:w="1814" w:type="dxa"/>
            <w:tcMar>
              <w:top w:w="90" w:type="dxa"/>
              <w:left w:w="70" w:type="dxa"/>
              <w:bottom w:w="90" w:type="dxa"/>
              <w:right w:w="70" w:type="dxa"/>
            </w:tcMar>
          </w:tcPr>
          <w:p w14:paraId="3641A49E" w14:textId="77777777" w:rsidR="009F4A06" w:rsidRDefault="00000000">
            <w:pPr>
              <w:spacing w:after="0" w:line="240" w:lineRule="auto"/>
            </w:pPr>
            <w:r>
              <w:rPr>
                <w:rFonts w:eastAsia="Aptos"/>
                <w:color w:val="1D2A38"/>
                <w:sz w:val="16"/>
              </w:rPr>
              <w:t xml:space="preserve"> </w:t>
            </w:r>
          </w:p>
        </w:tc>
      </w:tr>
    </w:tbl>
    <w:p w14:paraId="4D7616AE" w14:textId="77777777" w:rsidR="009F4A06" w:rsidRDefault="00000000">
      <w:pPr>
        <w:spacing w:before="80" w:after="40"/>
      </w:pPr>
      <w:r>
        <w:rPr>
          <w:rFonts w:eastAsia="Aptos"/>
          <w:b/>
          <w:color w:val="607184"/>
          <w:sz w:val="15"/>
        </w:rPr>
        <w:t xml:space="preserve">Mức độ: </w:t>
      </w:r>
      <w:r>
        <w:rPr>
          <w:rFonts w:eastAsia="Aptos"/>
          <w:sz w:val="16"/>
        </w:rPr>
        <w:t>☐ Cơ bản   ☐ Khá   ☐ Tốt   ☐ Thành thạo</w:t>
      </w:r>
    </w:p>
    <w:tbl>
      <w:tblPr>
        <w:tblW w:w="0" w:type="auto"/>
        <w:jc w:val="center"/>
        <w:tblBorders>
          <w:top w:val="single" w:sz="6" w:space="0" w:color="D9E0E8"/>
          <w:left w:val="single" w:sz="6" w:space="0" w:color="D9E0E8"/>
          <w:bottom w:val="single" w:sz="6" w:space="0" w:color="D9E0E8"/>
          <w:right w:val="single" w:sz="6" w:space="0" w:color="D9E0E8"/>
          <w:insideH w:val="single" w:sz="6" w:space="0" w:color="D9E0E8"/>
          <w:insideV w:val="single" w:sz="6" w:space="0" w:color="D9E0E8"/>
        </w:tblBorders>
        <w:tblLayout w:type="fixed"/>
        <w:tblLook w:val="04A0" w:firstRow="1" w:lastRow="0" w:firstColumn="1" w:lastColumn="0" w:noHBand="0" w:noVBand="1"/>
      </w:tblPr>
      <w:tblGrid>
        <w:gridCol w:w="3288"/>
        <w:gridCol w:w="2381"/>
        <w:gridCol w:w="4535"/>
      </w:tblGrid>
      <w:tr w:rsidR="009F4A06" w14:paraId="087CE764" w14:textId="77777777">
        <w:trPr>
          <w:tblHeader/>
          <w:jc w:val="center"/>
        </w:trPr>
        <w:tc>
          <w:tcPr>
            <w:tcW w:w="3288" w:type="dxa"/>
            <w:shd w:val="clear" w:color="auto" w:fill="EAF1F7"/>
            <w:tcMar>
              <w:top w:w="80" w:type="dxa"/>
              <w:left w:w="70" w:type="dxa"/>
              <w:bottom w:w="80" w:type="dxa"/>
              <w:right w:w="70" w:type="dxa"/>
            </w:tcMar>
            <w:vAlign w:val="center"/>
          </w:tcPr>
          <w:p w14:paraId="4650E3DB" w14:textId="77777777" w:rsidR="009F4A06" w:rsidRDefault="00000000">
            <w:pPr>
              <w:spacing w:after="0"/>
              <w:jc w:val="center"/>
            </w:pPr>
            <w:r>
              <w:rPr>
                <w:rFonts w:eastAsia="Aptos"/>
                <w:b/>
                <w:color w:val="143A5A"/>
                <w:sz w:val="15"/>
              </w:rPr>
              <w:t>Công cụ / Phần mềm</w:t>
            </w:r>
          </w:p>
        </w:tc>
        <w:tc>
          <w:tcPr>
            <w:tcW w:w="2381" w:type="dxa"/>
            <w:shd w:val="clear" w:color="auto" w:fill="EAF1F7"/>
            <w:tcMar>
              <w:top w:w="80" w:type="dxa"/>
              <w:left w:w="70" w:type="dxa"/>
              <w:bottom w:w="80" w:type="dxa"/>
              <w:right w:w="70" w:type="dxa"/>
            </w:tcMar>
            <w:vAlign w:val="center"/>
          </w:tcPr>
          <w:p w14:paraId="28422FD0" w14:textId="77777777" w:rsidR="009F4A06" w:rsidRDefault="00000000">
            <w:pPr>
              <w:spacing w:after="0"/>
              <w:jc w:val="center"/>
            </w:pPr>
            <w:r>
              <w:rPr>
                <w:rFonts w:eastAsia="Aptos"/>
                <w:b/>
                <w:color w:val="143A5A"/>
                <w:sz w:val="15"/>
              </w:rPr>
              <w:t>Mức độ sử dụng</w:t>
            </w:r>
          </w:p>
        </w:tc>
        <w:tc>
          <w:tcPr>
            <w:tcW w:w="4535" w:type="dxa"/>
            <w:shd w:val="clear" w:color="auto" w:fill="EAF1F7"/>
            <w:tcMar>
              <w:top w:w="80" w:type="dxa"/>
              <w:left w:w="70" w:type="dxa"/>
              <w:bottom w:w="80" w:type="dxa"/>
              <w:right w:w="70" w:type="dxa"/>
            </w:tcMar>
            <w:vAlign w:val="center"/>
          </w:tcPr>
          <w:p w14:paraId="0E30FD95" w14:textId="77777777" w:rsidR="009F4A06" w:rsidRDefault="00000000">
            <w:pPr>
              <w:spacing w:after="0"/>
              <w:jc w:val="center"/>
            </w:pPr>
            <w:r>
              <w:rPr>
                <w:rFonts w:eastAsia="Aptos"/>
                <w:b/>
                <w:color w:val="143A5A"/>
                <w:sz w:val="15"/>
              </w:rPr>
              <w:t>Ứng dụng nổi bật trong công việc</w:t>
            </w:r>
          </w:p>
        </w:tc>
      </w:tr>
      <w:tr w:rsidR="009F4A06" w14:paraId="0CBB9FDC" w14:textId="77777777">
        <w:trPr>
          <w:jc w:val="center"/>
        </w:trPr>
        <w:tc>
          <w:tcPr>
            <w:tcW w:w="3288" w:type="dxa"/>
            <w:tcMar>
              <w:top w:w="90" w:type="dxa"/>
              <w:left w:w="70" w:type="dxa"/>
              <w:bottom w:w="90" w:type="dxa"/>
              <w:right w:w="70" w:type="dxa"/>
            </w:tcMar>
          </w:tcPr>
          <w:p w14:paraId="3AC5ABE3" w14:textId="77777777" w:rsidR="009F4A06" w:rsidRDefault="00000000">
            <w:pPr>
              <w:spacing w:after="0" w:line="240" w:lineRule="auto"/>
            </w:pPr>
            <w:r>
              <w:rPr>
                <w:rFonts w:eastAsia="Aptos"/>
                <w:color w:val="1D2A38"/>
                <w:sz w:val="16"/>
              </w:rPr>
              <w:t xml:space="preserve"> </w:t>
            </w:r>
          </w:p>
        </w:tc>
        <w:tc>
          <w:tcPr>
            <w:tcW w:w="2381" w:type="dxa"/>
            <w:tcMar>
              <w:top w:w="90" w:type="dxa"/>
              <w:left w:w="70" w:type="dxa"/>
              <w:bottom w:w="90" w:type="dxa"/>
              <w:right w:w="70" w:type="dxa"/>
            </w:tcMar>
          </w:tcPr>
          <w:p w14:paraId="4C600505" w14:textId="77777777" w:rsidR="009F4A06" w:rsidRDefault="00000000">
            <w:pPr>
              <w:spacing w:after="0" w:line="240" w:lineRule="auto"/>
            </w:pPr>
            <w:r>
              <w:rPr>
                <w:rFonts w:eastAsia="Aptos"/>
                <w:color w:val="1D2A38"/>
                <w:sz w:val="16"/>
              </w:rPr>
              <w:t xml:space="preserve"> </w:t>
            </w:r>
          </w:p>
        </w:tc>
        <w:tc>
          <w:tcPr>
            <w:tcW w:w="4535" w:type="dxa"/>
            <w:tcMar>
              <w:top w:w="90" w:type="dxa"/>
              <w:left w:w="70" w:type="dxa"/>
              <w:bottom w:w="90" w:type="dxa"/>
              <w:right w:w="70" w:type="dxa"/>
            </w:tcMar>
          </w:tcPr>
          <w:p w14:paraId="1AAD7DB1" w14:textId="77777777" w:rsidR="009F4A06" w:rsidRDefault="00000000">
            <w:pPr>
              <w:spacing w:after="0" w:line="240" w:lineRule="auto"/>
            </w:pPr>
            <w:r>
              <w:rPr>
                <w:rFonts w:eastAsia="Aptos"/>
                <w:color w:val="1D2A38"/>
                <w:sz w:val="16"/>
              </w:rPr>
              <w:t xml:space="preserve"> </w:t>
            </w:r>
          </w:p>
        </w:tc>
      </w:tr>
      <w:tr w:rsidR="009F4A06" w14:paraId="65E174C5" w14:textId="77777777">
        <w:trPr>
          <w:jc w:val="center"/>
        </w:trPr>
        <w:tc>
          <w:tcPr>
            <w:tcW w:w="3288" w:type="dxa"/>
            <w:tcMar>
              <w:top w:w="90" w:type="dxa"/>
              <w:left w:w="70" w:type="dxa"/>
              <w:bottom w:w="90" w:type="dxa"/>
              <w:right w:w="70" w:type="dxa"/>
            </w:tcMar>
          </w:tcPr>
          <w:p w14:paraId="14F06303" w14:textId="77777777" w:rsidR="009F4A06" w:rsidRDefault="00000000">
            <w:pPr>
              <w:spacing w:after="0" w:line="240" w:lineRule="auto"/>
            </w:pPr>
            <w:r>
              <w:rPr>
                <w:rFonts w:eastAsia="Aptos"/>
                <w:color w:val="1D2A38"/>
                <w:sz w:val="16"/>
              </w:rPr>
              <w:t xml:space="preserve"> </w:t>
            </w:r>
          </w:p>
        </w:tc>
        <w:tc>
          <w:tcPr>
            <w:tcW w:w="2381" w:type="dxa"/>
            <w:tcMar>
              <w:top w:w="90" w:type="dxa"/>
              <w:left w:w="70" w:type="dxa"/>
              <w:bottom w:w="90" w:type="dxa"/>
              <w:right w:w="70" w:type="dxa"/>
            </w:tcMar>
          </w:tcPr>
          <w:p w14:paraId="65132462" w14:textId="77777777" w:rsidR="009F4A06" w:rsidRDefault="00000000">
            <w:pPr>
              <w:spacing w:after="0" w:line="240" w:lineRule="auto"/>
            </w:pPr>
            <w:r>
              <w:rPr>
                <w:rFonts w:eastAsia="Aptos"/>
                <w:color w:val="1D2A38"/>
                <w:sz w:val="16"/>
              </w:rPr>
              <w:t xml:space="preserve"> </w:t>
            </w:r>
          </w:p>
        </w:tc>
        <w:tc>
          <w:tcPr>
            <w:tcW w:w="4535" w:type="dxa"/>
            <w:tcMar>
              <w:top w:w="90" w:type="dxa"/>
              <w:left w:w="70" w:type="dxa"/>
              <w:bottom w:w="90" w:type="dxa"/>
              <w:right w:w="70" w:type="dxa"/>
            </w:tcMar>
          </w:tcPr>
          <w:p w14:paraId="2A67A995" w14:textId="77777777" w:rsidR="009F4A06" w:rsidRDefault="00000000">
            <w:pPr>
              <w:spacing w:after="0" w:line="240" w:lineRule="auto"/>
            </w:pPr>
            <w:r>
              <w:rPr>
                <w:rFonts w:eastAsia="Aptos"/>
                <w:color w:val="1D2A38"/>
                <w:sz w:val="16"/>
              </w:rPr>
              <w:t xml:space="preserve"> </w:t>
            </w:r>
          </w:p>
        </w:tc>
      </w:tr>
      <w:tr w:rsidR="009F4A06" w14:paraId="3B6C0976" w14:textId="77777777">
        <w:trPr>
          <w:jc w:val="center"/>
        </w:trPr>
        <w:tc>
          <w:tcPr>
            <w:tcW w:w="3288" w:type="dxa"/>
            <w:tcMar>
              <w:top w:w="90" w:type="dxa"/>
              <w:left w:w="70" w:type="dxa"/>
              <w:bottom w:w="90" w:type="dxa"/>
              <w:right w:w="70" w:type="dxa"/>
            </w:tcMar>
          </w:tcPr>
          <w:p w14:paraId="154999E3" w14:textId="77777777" w:rsidR="009F4A06" w:rsidRDefault="00000000">
            <w:pPr>
              <w:spacing w:after="0" w:line="240" w:lineRule="auto"/>
            </w:pPr>
            <w:r>
              <w:rPr>
                <w:rFonts w:eastAsia="Aptos"/>
                <w:color w:val="1D2A38"/>
                <w:sz w:val="16"/>
              </w:rPr>
              <w:t xml:space="preserve"> </w:t>
            </w:r>
          </w:p>
        </w:tc>
        <w:tc>
          <w:tcPr>
            <w:tcW w:w="2381" w:type="dxa"/>
            <w:tcMar>
              <w:top w:w="90" w:type="dxa"/>
              <w:left w:w="70" w:type="dxa"/>
              <w:bottom w:w="90" w:type="dxa"/>
              <w:right w:w="70" w:type="dxa"/>
            </w:tcMar>
          </w:tcPr>
          <w:p w14:paraId="43A157A8" w14:textId="77777777" w:rsidR="009F4A06" w:rsidRDefault="00000000">
            <w:pPr>
              <w:spacing w:after="0" w:line="240" w:lineRule="auto"/>
            </w:pPr>
            <w:r>
              <w:rPr>
                <w:rFonts w:eastAsia="Aptos"/>
                <w:color w:val="1D2A38"/>
                <w:sz w:val="16"/>
              </w:rPr>
              <w:t xml:space="preserve"> </w:t>
            </w:r>
          </w:p>
        </w:tc>
        <w:tc>
          <w:tcPr>
            <w:tcW w:w="4535" w:type="dxa"/>
            <w:tcMar>
              <w:top w:w="90" w:type="dxa"/>
              <w:left w:w="70" w:type="dxa"/>
              <w:bottom w:w="90" w:type="dxa"/>
              <w:right w:w="70" w:type="dxa"/>
            </w:tcMar>
          </w:tcPr>
          <w:p w14:paraId="1FAC98BB" w14:textId="77777777" w:rsidR="009F4A06" w:rsidRDefault="00000000">
            <w:pPr>
              <w:spacing w:after="0" w:line="240" w:lineRule="auto"/>
            </w:pPr>
            <w:r>
              <w:rPr>
                <w:rFonts w:eastAsia="Aptos"/>
                <w:color w:val="1D2A38"/>
                <w:sz w:val="16"/>
              </w:rPr>
              <w:t xml:space="preserve"> </w:t>
            </w:r>
          </w:p>
        </w:tc>
      </w:tr>
    </w:tbl>
    <w:p w14:paraId="3AB3D14E" w14:textId="77777777" w:rsidR="009F4A06" w:rsidRDefault="009F4A06">
      <w:pPr>
        <w:pageBreakBefore/>
      </w:pPr>
    </w:p>
    <w:p w14:paraId="1F716438" w14:textId="77777777" w:rsidR="009F4A06" w:rsidRDefault="00000000">
      <w:pPr>
        <w:keepNext/>
        <w:pBdr>
          <w:bottom w:val="single" w:sz="14" w:space="3" w:color="4E89B8"/>
        </w:pBdr>
        <w:spacing w:before="180" w:after="80"/>
      </w:pPr>
      <w:r>
        <w:rPr>
          <w:rFonts w:eastAsia="Aptos"/>
          <w:b/>
          <w:color w:val="143A5A"/>
          <w:sz w:val="20"/>
        </w:rPr>
        <w:t>04  TÓM TẮT KINH NGHIỆM</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5102"/>
      </w:tblGrid>
      <w:tr w:rsidR="009F4A06" w14:paraId="2C2B742E" w14:textId="77777777">
        <w:trPr>
          <w:jc w:val="center"/>
        </w:trPr>
        <w:tc>
          <w:tcPr>
            <w:tcW w:w="5102" w:type="dxa"/>
            <w:tcBorders>
              <w:bottom w:val="single" w:sz="6" w:space="0" w:color="D9E0E8"/>
            </w:tcBorders>
            <w:tcMar>
              <w:top w:w="80" w:type="dxa"/>
              <w:left w:w="60" w:type="dxa"/>
              <w:bottom w:w="80" w:type="dxa"/>
              <w:right w:w="60" w:type="dxa"/>
            </w:tcMar>
          </w:tcPr>
          <w:p w14:paraId="5C1E8BBD" w14:textId="77777777" w:rsidR="009F4A06" w:rsidRDefault="00000000">
            <w:pPr>
              <w:spacing w:after="0"/>
            </w:pPr>
            <w:r>
              <w:rPr>
                <w:rFonts w:eastAsia="Aptos"/>
                <w:b/>
                <w:color w:val="607184"/>
                <w:sz w:val="15"/>
              </w:rPr>
              <w:t>TỔNG SỐ NĂM KINH NGHIỆM</w:t>
            </w:r>
            <w:r>
              <w:rPr>
                <w:rFonts w:eastAsia="Aptos"/>
                <w:b/>
                <w:color w:val="607184"/>
                <w:sz w:val="15"/>
              </w:rPr>
              <w:br/>
            </w:r>
            <w:r>
              <w:rPr>
                <w:rFonts w:eastAsia="Aptos"/>
                <w:color w:val="1D2A38"/>
              </w:rPr>
              <w:t>........ năm</w:t>
            </w:r>
          </w:p>
        </w:tc>
        <w:tc>
          <w:tcPr>
            <w:tcW w:w="5102" w:type="dxa"/>
            <w:tcBorders>
              <w:bottom w:val="single" w:sz="6" w:space="0" w:color="D9E0E8"/>
            </w:tcBorders>
            <w:tcMar>
              <w:top w:w="80" w:type="dxa"/>
              <w:left w:w="60" w:type="dxa"/>
              <w:bottom w:w="80" w:type="dxa"/>
              <w:right w:w="60" w:type="dxa"/>
            </w:tcMar>
          </w:tcPr>
          <w:p w14:paraId="1AE3B1DF" w14:textId="77777777" w:rsidR="009F4A06" w:rsidRDefault="00000000">
            <w:pPr>
              <w:spacing w:after="0"/>
            </w:pPr>
            <w:r>
              <w:rPr>
                <w:rFonts w:eastAsia="Aptos"/>
                <w:b/>
                <w:color w:val="607184"/>
                <w:sz w:val="15"/>
              </w:rPr>
              <w:t>KINH NGHIỆM TRONG NGÀNH LIÊN QUAN</w:t>
            </w:r>
            <w:r>
              <w:rPr>
                <w:rFonts w:eastAsia="Aptos"/>
                <w:b/>
                <w:color w:val="607184"/>
                <w:sz w:val="15"/>
              </w:rPr>
              <w:br/>
            </w:r>
            <w:r>
              <w:rPr>
                <w:rFonts w:eastAsia="Aptos"/>
                <w:color w:val="1D2A38"/>
              </w:rPr>
              <w:t>........ năm</w:t>
            </w:r>
          </w:p>
        </w:tc>
      </w:tr>
      <w:tr w:rsidR="009F4A06" w14:paraId="119B5491" w14:textId="77777777">
        <w:trPr>
          <w:jc w:val="center"/>
        </w:trPr>
        <w:tc>
          <w:tcPr>
            <w:tcW w:w="5102" w:type="dxa"/>
            <w:tcBorders>
              <w:bottom w:val="single" w:sz="6" w:space="0" w:color="D9E0E8"/>
            </w:tcBorders>
            <w:tcMar>
              <w:top w:w="80" w:type="dxa"/>
              <w:left w:w="60" w:type="dxa"/>
              <w:bottom w:w="80" w:type="dxa"/>
              <w:right w:w="60" w:type="dxa"/>
            </w:tcMar>
          </w:tcPr>
          <w:p w14:paraId="1A14DD15" w14:textId="77777777" w:rsidR="009F4A06" w:rsidRDefault="00000000">
            <w:pPr>
              <w:spacing w:after="0"/>
            </w:pPr>
            <w:r>
              <w:rPr>
                <w:rFonts w:eastAsia="Aptos"/>
                <w:b/>
                <w:color w:val="607184"/>
                <w:sz w:val="15"/>
              </w:rPr>
              <w:t>CHUYÊN MÔN CỐT LÕI</w:t>
            </w:r>
            <w:r>
              <w:rPr>
                <w:rFonts w:eastAsia="Aptos"/>
                <w:b/>
                <w:color w:val="607184"/>
                <w:sz w:val="15"/>
              </w:rPr>
              <w:br/>
            </w:r>
            <w:r>
              <w:rPr>
                <w:rFonts w:eastAsia="Aptos"/>
                <w:color w:val="1D2A38"/>
              </w:rPr>
              <w:t>........................................................................</w:t>
            </w:r>
          </w:p>
        </w:tc>
        <w:tc>
          <w:tcPr>
            <w:tcW w:w="5102" w:type="dxa"/>
            <w:tcBorders>
              <w:bottom w:val="single" w:sz="6" w:space="0" w:color="D9E0E8"/>
            </w:tcBorders>
            <w:tcMar>
              <w:top w:w="80" w:type="dxa"/>
              <w:left w:w="60" w:type="dxa"/>
              <w:bottom w:w="80" w:type="dxa"/>
              <w:right w:w="60" w:type="dxa"/>
            </w:tcMar>
          </w:tcPr>
          <w:p w14:paraId="2D723656" w14:textId="77777777" w:rsidR="009F4A06" w:rsidRDefault="00000000">
            <w:pPr>
              <w:spacing w:after="0"/>
            </w:pPr>
            <w:r>
              <w:rPr>
                <w:rFonts w:eastAsia="Aptos"/>
                <w:b/>
                <w:color w:val="607184"/>
                <w:sz w:val="15"/>
              </w:rPr>
              <w:t>QUY MÔ / LOẠI HÌNH DỰ ÁN ĐÃ THAM GIA</w:t>
            </w:r>
            <w:r>
              <w:rPr>
                <w:rFonts w:eastAsia="Aptos"/>
                <w:b/>
                <w:color w:val="607184"/>
                <w:sz w:val="15"/>
              </w:rPr>
              <w:br/>
            </w:r>
            <w:r>
              <w:rPr>
                <w:rFonts w:eastAsia="Aptos"/>
                <w:color w:val="1D2A38"/>
              </w:rPr>
              <w:t>................................................</w:t>
            </w:r>
          </w:p>
        </w:tc>
      </w:tr>
    </w:tbl>
    <w:p w14:paraId="0F07F18E" w14:textId="77777777" w:rsidR="009F4A06" w:rsidRDefault="00000000">
      <w:pPr>
        <w:spacing w:before="100" w:after="40"/>
      </w:pPr>
      <w:r>
        <w:rPr>
          <w:rFonts w:eastAsia="Aptos"/>
          <w:b/>
          <w:color w:val="607184"/>
          <w:sz w:val="16"/>
        </w:rPr>
        <w:t>KINH NGHIỆM LÀM VIỆC GẦN NHẤT</w:t>
      </w:r>
    </w:p>
    <w:tbl>
      <w:tblPr>
        <w:tblW w:w="0" w:type="auto"/>
        <w:jc w:val="center"/>
        <w:tblBorders>
          <w:top w:val="single" w:sz="6" w:space="0" w:color="D9E0E8"/>
          <w:left w:val="single" w:sz="6" w:space="0" w:color="D9E0E8"/>
          <w:bottom w:val="single" w:sz="6" w:space="0" w:color="D9E0E8"/>
          <w:right w:val="single" w:sz="6" w:space="0" w:color="D9E0E8"/>
          <w:insideH w:val="single" w:sz="6" w:space="0" w:color="D9E0E8"/>
          <w:insideV w:val="single" w:sz="6" w:space="0" w:color="D9E0E8"/>
        </w:tblBorders>
        <w:tblLayout w:type="fixed"/>
        <w:tblLook w:val="04A0" w:firstRow="1" w:lastRow="0" w:firstColumn="1" w:lastColumn="0" w:noHBand="0" w:noVBand="1"/>
      </w:tblPr>
      <w:tblGrid>
        <w:gridCol w:w="1361"/>
        <w:gridCol w:w="2381"/>
        <w:gridCol w:w="1871"/>
        <w:gridCol w:w="3288"/>
        <w:gridCol w:w="1304"/>
      </w:tblGrid>
      <w:tr w:rsidR="009F4A06" w14:paraId="21F65CD2" w14:textId="77777777">
        <w:trPr>
          <w:tblHeader/>
          <w:jc w:val="center"/>
        </w:trPr>
        <w:tc>
          <w:tcPr>
            <w:tcW w:w="1361" w:type="dxa"/>
            <w:shd w:val="clear" w:color="auto" w:fill="EAF1F7"/>
            <w:tcMar>
              <w:top w:w="80" w:type="dxa"/>
              <w:left w:w="70" w:type="dxa"/>
              <w:bottom w:w="80" w:type="dxa"/>
              <w:right w:w="70" w:type="dxa"/>
            </w:tcMar>
            <w:vAlign w:val="center"/>
          </w:tcPr>
          <w:p w14:paraId="3ECA94E0" w14:textId="77777777" w:rsidR="009F4A06" w:rsidRDefault="00000000">
            <w:pPr>
              <w:spacing w:after="0"/>
              <w:jc w:val="center"/>
            </w:pPr>
            <w:r>
              <w:rPr>
                <w:rFonts w:eastAsia="Aptos"/>
                <w:b/>
                <w:color w:val="143A5A"/>
                <w:sz w:val="15"/>
              </w:rPr>
              <w:t>Thời gian</w:t>
            </w:r>
          </w:p>
        </w:tc>
        <w:tc>
          <w:tcPr>
            <w:tcW w:w="2381" w:type="dxa"/>
            <w:shd w:val="clear" w:color="auto" w:fill="EAF1F7"/>
            <w:tcMar>
              <w:top w:w="80" w:type="dxa"/>
              <w:left w:w="70" w:type="dxa"/>
              <w:bottom w:w="80" w:type="dxa"/>
              <w:right w:w="70" w:type="dxa"/>
            </w:tcMar>
            <w:vAlign w:val="center"/>
          </w:tcPr>
          <w:p w14:paraId="7CBE295E" w14:textId="77777777" w:rsidR="009F4A06" w:rsidRDefault="00000000">
            <w:pPr>
              <w:spacing w:after="0"/>
              <w:jc w:val="center"/>
            </w:pPr>
            <w:r>
              <w:rPr>
                <w:rFonts w:eastAsia="Aptos"/>
                <w:b/>
                <w:color w:val="143A5A"/>
                <w:sz w:val="15"/>
              </w:rPr>
              <w:t>Công ty / Lĩnh vực</w:t>
            </w:r>
          </w:p>
        </w:tc>
        <w:tc>
          <w:tcPr>
            <w:tcW w:w="1871" w:type="dxa"/>
            <w:shd w:val="clear" w:color="auto" w:fill="EAF1F7"/>
            <w:tcMar>
              <w:top w:w="80" w:type="dxa"/>
              <w:left w:w="70" w:type="dxa"/>
              <w:bottom w:w="80" w:type="dxa"/>
              <w:right w:w="70" w:type="dxa"/>
            </w:tcMar>
            <w:vAlign w:val="center"/>
          </w:tcPr>
          <w:p w14:paraId="2645ECBE" w14:textId="77777777" w:rsidR="009F4A06" w:rsidRDefault="00000000">
            <w:pPr>
              <w:spacing w:after="0"/>
              <w:jc w:val="center"/>
            </w:pPr>
            <w:r>
              <w:rPr>
                <w:rFonts w:eastAsia="Aptos"/>
                <w:b/>
                <w:color w:val="143A5A"/>
                <w:sz w:val="15"/>
              </w:rPr>
              <w:t>Chức danh</w:t>
            </w:r>
          </w:p>
        </w:tc>
        <w:tc>
          <w:tcPr>
            <w:tcW w:w="3288" w:type="dxa"/>
            <w:shd w:val="clear" w:color="auto" w:fill="EAF1F7"/>
            <w:tcMar>
              <w:top w:w="80" w:type="dxa"/>
              <w:left w:w="70" w:type="dxa"/>
              <w:bottom w:w="80" w:type="dxa"/>
              <w:right w:w="70" w:type="dxa"/>
            </w:tcMar>
            <w:vAlign w:val="center"/>
          </w:tcPr>
          <w:p w14:paraId="6397F695" w14:textId="77777777" w:rsidR="009F4A06" w:rsidRDefault="00000000">
            <w:pPr>
              <w:spacing w:after="0"/>
              <w:jc w:val="center"/>
            </w:pPr>
            <w:r>
              <w:rPr>
                <w:rFonts w:eastAsia="Aptos"/>
                <w:b/>
                <w:color w:val="143A5A"/>
                <w:sz w:val="15"/>
              </w:rPr>
              <w:t>Trách nhiệm &amp; thành tích nổi bật</w:t>
            </w:r>
          </w:p>
        </w:tc>
        <w:tc>
          <w:tcPr>
            <w:tcW w:w="1304" w:type="dxa"/>
            <w:shd w:val="clear" w:color="auto" w:fill="EAF1F7"/>
            <w:tcMar>
              <w:top w:w="80" w:type="dxa"/>
              <w:left w:w="70" w:type="dxa"/>
              <w:bottom w:w="80" w:type="dxa"/>
              <w:right w:w="70" w:type="dxa"/>
            </w:tcMar>
            <w:vAlign w:val="center"/>
          </w:tcPr>
          <w:p w14:paraId="57DBAFDC" w14:textId="77777777" w:rsidR="009F4A06" w:rsidRDefault="00000000">
            <w:pPr>
              <w:spacing w:after="0"/>
              <w:jc w:val="center"/>
            </w:pPr>
            <w:r>
              <w:rPr>
                <w:rFonts w:eastAsia="Aptos"/>
                <w:b/>
                <w:color w:val="143A5A"/>
                <w:sz w:val="15"/>
              </w:rPr>
              <w:t>Lý do nghỉ việc</w:t>
            </w:r>
          </w:p>
        </w:tc>
      </w:tr>
      <w:tr w:rsidR="009F4A06" w14:paraId="33E9BB5A" w14:textId="77777777">
        <w:trPr>
          <w:jc w:val="center"/>
        </w:trPr>
        <w:tc>
          <w:tcPr>
            <w:tcW w:w="1361" w:type="dxa"/>
            <w:tcMar>
              <w:top w:w="90" w:type="dxa"/>
              <w:left w:w="70" w:type="dxa"/>
              <w:bottom w:w="90" w:type="dxa"/>
              <w:right w:w="70" w:type="dxa"/>
            </w:tcMar>
          </w:tcPr>
          <w:p w14:paraId="0353AC39"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3C02C892" w14:textId="77777777" w:rsidR="009F4A06" w:rsidRDefault="00000000">
            <w:pPr>
              <w:spacing w:after="0" w:line="240" w:lineRule="auto"/>
            </w:pPr>
            <w:r>
              <w:rPr>
                <w:rFonts w:eastAsia="Aptos"/>
                <w:color w:val="1D2A38"/>
                <w:sz w:val="15"/>
              </w:rPr>
              <w:t xml:space="preserve"> </w:t>
            </w:r>
          </w:p>
        </w:tc>
        <w:tc>
          <w:tcPr>
            <w:tcW w:w="1871" w:type="dxa"/>
            <w:tcMar>
              <w:top w:w="90" w:type="dxa"/>
              <w:left w:w="70" w:type="dxa"/>
              <w:bottom w:w="90" w:type="dxa"/>
              <w:right w:w="70" w:type="dxa"/>
            </w:tcMar>
          </w:tcPr>
          <w:p w14:paraId="51D555EB" w14:textId="77777777" w:rsidR="009F4A06" w:rsidRDefault="00000000">
            <w:pPr>
              <w:spacing w:after="0" w:line="240" w:lineRule="auto"/>
            </w:pPr>
            <w:r>
              <w:rPr>
                <w:rFonts w:eastAsia="Aptos"/>
                <w:color w:val="1D2A38"/>
                <w:sz w:val="15"/>
              </w:rPr>
              <w:t xml:space="preserve"> </w:t>
            </w:r>
          </w:p>
        </w:tc>
        <w:tc>
          <w:tcPr>
            <w:tcW w:w="3288" w:type="dxa"/>
            <w:tcMar>
              <w:top w:w="90" w:type="dxa"/>
              <w:left w:w="70" w:type="dxa"/>
              <w:bottom w:w="90" w:type="dxa"/>
              <w:right w:w="70" w:type="dxa"/>
            </w:tcMar>
          </w:tcPr>
          <w:p w14:paraId="004DF0CA" w14:textId="77777777" w:rsidR="009F4A06" w:rsidRDefault="00000000">
            <w:pPr>
              <w:spacing w:after="0" w:line="240" w:lineRule="auto"/>
            </w:pPr>
            <w:r>
              <w:rPr>
                <w:rFonts w:eastAsia="Aptos"/>
                <w:color w:val="1D2A38"/>
                <w:sz w:val="15"/>
              </w:rPr>
              <w:t xml:space="preserve"> </w:t>
            </w:r>
          </w:p>
        </w:tc>
        <w:tc>
          <w:tcPr>
            <w:tcW w:w="1304" w:type="dxa"/>
            <w:tcMar>
              <w:top w:w="90" w:type="dxa"/>
              <w:left w:w="70" w:type="dxa"/>
              <w:bottom w:w="90" w:type="dxa"/>
              <w:right w:w="70" w:type="dxa"/>
            </w:tcMar>
          </w:tcPr>
          <w:p w14:paraId="491B35BF" w14:textId="77777777" w:rsidR="009F4A06" w:rsidRDefault="00000000">
            <w:pPr>
              <w:spacing w:after="0" w:line="240" w:lineRule="auto"/>
            </w:pPr>
            <w:r>
              <w:rPr>
                <w:rFonts w:eastAsia="Aptos"/>
                <w:color w:val="1D2A38"/>
                <w:sz w:val="15"/>
              </w:rPr>
              <w:t xml:space="preserve"> </w:t>
            </w:r>
          </w:p>
        </w:tc>
      </w:tr>
      <w:tr w:rsidR="009F4A06" w14:paraId="2000C844" w14:textId="77777777">
        <w:trPr>
          <w:jc w:val="center"/>
        </w:trPr>
        <w:tc>
          <w:tcPr>
            <w:tcW w:w="1361" w:type="dxa"/>
            <w:tcMar>
              <w:top w:w="90" w:type="dxa"/>
              <w:left w:w="70" w:type="dxa"/>
              <w:bottom w:w="90" w:type="dxa"/>
              <w:right w:w="70" w:type="dxa"/>
            </w:tcMar>
          </w:tcPr>
          <w:p w14:paraId="28C54131"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3262B1F2" w14:textId="77777777" w:rsidR="009F4A06" w:rsidRDefault="00000000">
            <w:pPr>
              <w:spacing w:after="0" w:line="240" w:lineRule="auto"/>
            </w:pPr>
            <w:r>
              <w:rPr>
                <w:rFonts w:eastAsia="Aptos"/>
                <w:color w:val="1D2A38"/>
                <w:sz w:val="15"/>
              </w:rPr>
              <w:t xml:space="preserve"> </w:t>
            </w:r>
          </w:p>
        </w:tc>
        <w:tc>
          <w:tcPr>
            <w:tcW w:w="1871" w:type="dxa"/>
            <w:tcMar>
              <w:top w:w="90" w:type="dxa"/>
              <w:left w:w="70" w:type="dxa"/>
              <w:bottom w:w="90" w:type="dxa"/>
              <w:right w:w="70" w:type="dxa"/>
            </w:tcMar>
          </w:tcPr>
          <w:p w14:paraId="0F514CC9" w14:textId="77777777" w:rsidR="009F4A06" w:rsidRDefault="00000000">
            <w:pPr>
              <w:spacing w:after="0" w:line="240" w:lineRule="auto"/>
            </w:pPr>
            <w:r>
              <w:rPr>
                <w:rFonts w:eastAsia="Aptos"/>
                <w:color w:val="1D2A38"/>
                <w:sz w:val="15"/>
              </w:rPr>
              <w:t xml:space="preserve"> </w:t>
            </w:r>
          </w:p>
        </w:tc>
        <w:tc>
          <w:tcPr>
            <w:tcW w:w="3288" w:type="dxa"/>
            <w:tcMar>
              <w:top w:w="90" w:type="dxa"/>
              <w:left w:w="70" w:type="dxa"/>
              <w:bottom w:w="90" w:type="dxa"/>
              <w:right w:w="70" w:type="dxa"/>
            </w:tcMar>
          </w:tcPr>
          <w:p w14:paraId="3CFB7384" w14:textId="77777777" w:rsidR="009F4A06" w:rsidRDefault="00000000">
            <w:pPr>
              <w:spacing w:after="0" w:line="240" w:lineRule="auto"/>
            </w:pPr>
            <w:r>
              <w:rPr>
                <w:rFonts w:eastAsia="Aptos"/>
                <w:color w:val="1D2A38"/>
                <w:sz w:val="15"/>
              </w:rPr>
              <w:t xml:space="preserve"> </w:t>
            </w:r>
          </w:p>
        </w:tc>
        <w:tc>
          <w:tcPr>
            <w:tcW w:w="1304" w:type="dxa"/>
            <w:tcMar>
              <w:top w:w="90" w:type="dxa"/>
              <w:left w:w="70" w:type="dxa"/>
              <w:bottom w:w="90" w:type="dxa"/>
              <w:right w:w="70" w:type="dxa"/>
            </w:tcMar>
          </w:tcPr>
          <w:p w14:paraId="158B6726" w14:textId="77777777" w:rsidR="009F4A06" w:rsidRDefault="00000000">
            <w:pPr>
              <w:spacing w:after="0" w:line="240" w:lineRule="auto"/>
            </w:pPr>
            <w:r>
              <w:rPr>
                <w:rFonts w:eastAsia="Aptos"/>
                <w:color w:val="1D2A38"/>
                <w:sz w:val="15"/>
              </w:rPr>
              <w:t xml:space="preserve"> </w:t>
            </w:r>
          </w:p>
        </w:tc>
      </w:tr>
      <w:tr w:rsidR="009F4A06" w14:paraId="18DD8EC1" w14:textId="77777777">
        <w:trPr>
          <w:jc w:val="center"/>
        </w:trPr>
        <w:tc>
          <w:tcPr>
            <w:tcW w:w="1361" w:type="dxa"/>
            <w:tcMar>
              <w:top w:w="90" w:type="dxa"/>
              <w:left w:w="70" w:type="dxa"/>
              <w:bottom w:w="90" w:type="dxa"/>
              <w:right w:w="70" w:type="dxa"/>
            </w:tcMar>
          </w:tcPr>
          <w:p w14:paraId="590F99AA"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4686FB1B" w14:textId="77777777" w:rsidR="009F4A06" w:rsidRDefault="00000000">
            <w:pPr>
              <w:spacing w:after="0" w:line="240" w:lineRule="auto"/>
            </w:pPr>
            <w:r>
              <w:rPr>
                <w:rFonts w:eastAsia="Aptos"/>
                <w:color w:val="1D2A38"/>
                <w:sz w:val="15"/>
              </w:rPr>
              <w:t xml:space="preserve"> </w:t>
            </w:r>
          </w:p>
        </w:tc>
        <w:tc>
          <w:tcPr>
            <w:tcW w:w="1871" w:type="dxa"/>
            <w:tcMar>
              <w:top w:w="90" w:type="dxa"/>
              <w:left w:w="70" w:type="dxa"/>
              <w:bottom w:w="90" w:type="dxa"/>
              <w:right w:w="70" w:type="dxa"/>
            </w:tcMar>
          </w:tcPr>
          <w:p w14:paraId="435C074F" w14:textId="77777777" w:rsidR="009F4A06" w:rsidRDefault="00000000">
            <w:pPr>
              <w:spacing w:after="0" w:line="240" w:lineRule="auto"/>
            </w:pPr>
            <w:r>
              <w:rPr>
                <w:rFonts w:eastAsia="Aptos"/>
                <w:color w:val="1D2A38"/>
                <w:sz w:val="15"/>
              </w:rPr>
              <w:t xml:space="preserve"> </w:t>
            </w:r>
          </w:p>
        </w:tc>
        <w:tc>
          <w:tcPr>
            <w:tcW w:w="3288" w:type="dxa"/>
            <w:tcMar>
              <w:top w:w="90" w:type="dxa"/>
              <w:left w:w="70" w:type="dxa"/>
              <w:bottom w:w="90" w:type="dxa"/>
              <w:right w:w="70" w:type="dxa"/>
            </w:tcMar>
          </w:tcPr>
          <w:p w14:paraId="3C914CFF" w14:textId="77777777" w:rsidR="009F4A06" w:rsidRDefault="00000000">
            <w:pPr>
              <w:spacing w:after="0" w:line="240" w:lineRule="auto"/>
            </w:pPr>
            <w:r>
              <w:rPr>
                <w:rFonts w:eastAsia="Aptos"/>
                <w:color w:val="1D2A38"/>
                <w:sz w:val="15"/>
              </w:rPr>
              <w:t xml:space="preserve"> </w:t>
            </w:r>
          </w:p>
        </w:tc>
        <w:tc>
          <w:tcPr>
            <w:tcW w:w="1304" w:type="dxa"/>
            <w:tcMar>
              <w:top w:w="90" w:type="dxa"/>
              <w:left w:w="70" w:type="dxa"/>
              <w:bottom w:w="90" w:type="dxa"/>
              <w:right w:w="70" w:type="dxa"/>
            </w:tcMar>
          </w:tcPr>
          <w:p w14:paraId="2D43B0AC" w14:textId="77777777" w:rsidR="009F4A06" w:rsidRDefault="00000000">
            <w:pPr>
              <w:spacing w:after="0" w:line="240" w:lineRule="auto"/>
            </w:pPr>
            <w:r>
              <w:rPr>
                <w:rFonts w:eastAsia="Aptos"/>
                <w:color w:val="1D2A38"/>
                <w:sz w:val="15"/>
              </w:rPr>
              <w:t xml:space="preserve"> </w:t>
            </w:r>
          </w:p>
        </w:tc>
      </w:tr>
      <w:tr w:rsidR="009F4A06" w14:paraId="252A8CDA" w14:textId="77777777">
        <w:trPr>
          <w:jc w:val="center"/>
        </w:trPr>
        <w:tc>
          <w:tcPr>
            <w:tcW w:w="1361" w:type="dxa"/>
            <w:tcMar>
              <w:top w:w="90" w:type="dxa"/>
              <w:left w:w="70" w:type="dxa"/>
              <w:bottom w:w="90" w:type="dxa"/>
              <w:right w:w="70" w:type="dxa"/>
            </w:tcMar>
          </w:tcPr>
          <w:p w14:paraId="06BA348B"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307E7557" w14:textId="77777777" w:rsidR="009F4A06" w:rsidRDefault="00000000">
            <w:pPr>
              <w:spacing w:after="0" w:line="240" w:lineRule="auto"/>
            </w:pPr>
            <w:r>
              <w:rPr>
                <w:rFonts w:eastAsia="Aptos"/>
                <w:color w:val="1D2A38"/>
                <w:sz w:val="15"/>
              </w:rPr>
              <w:t xml:space="preserve"> </w:t>
            </w:r>
          </w:p>
        </w:tc>
        <w:tc>
          <w:tcPr>
            <w:tcW w:w="1871" w:type="dxa"/>
            <w:tcMar>
              <w:top w:w="90" w:type="dxa"/>
              <w:left w:w="70" w:type="dxa"/>
              <w:bottom w:w="90" w:type="dxa"/>
              <w:right w:w="70" w:type="dxa"/>
            </w:tcMar>
          </w:tcPr>
          <w:p w14:paraId="7E6850F6" w14:textId="77777777" w:rsidR="009F4A06" w:rsidRDefault="00000000">
            <w:pPr>
              <w:spacing w:after="0" w:line="240" w:lineRule="auto"/>
            </w:pPr>
            <w:r>
              <w:rPr>
                <w:rFonts w:eastAsia="Aptos"/>
                <w:color w:val="1D2A38"/>
                <w:sz w:val="15"/>
              </w:rPr>
              <w:t xml:space="preserve"> </w:t>
            </w:r>
          </w:p>
        </w:tc>
        <w:tc>
          <w:tcPr>
            <w:tcW w:w="3288" w:type="dxa"/>
            <w:tcMar>
              <w:top w:w="90" w:type="dxa"/>
              <w:left w:w="70" w:type="dxa"/>
              <w:bottom w:w="90" w:type="dxa"/>
              <w:right w:w="70" w:type="dxa"/>
            </w:tcMar>
          </w:tcPr>
          <w:p w14:paraId="02F6DCB7" w14:textId="77777777" w:rsidR="009F4A06" w:rsidRDefault="00000000">
            <w:pPr>
              <w:spacing w:after="0" w:line="240" w:lineRule="auto"/>
            </w:pPr>
            <w:r>
              <w:rPr>
                <w:rFonts w:eastAsia="Aptos"/>
                <w:color w:val="1D2A38"/>
                <w:sz w:val="15"/>
              </w:rPr>
              <w:t xml:space="preserve"> </w:t>
            </w:r>
          </w:p>
        </w:tc>
        <w:tc>
          <w:tcPr>
            <w:tcW w:w="1304" w:type="dxa"/>
            <w:tcMar>
              <w:top w:w="90" w:type="dxa"/>
              <w:left w:w="70" w:type="dxa"/>
              <w:bottom w:w="90" w:type="dxa"/>
              <w:right w:w="70" w:type="dxa"/>
            </w:tcMar>
          </w:tcPr>
          <w:p w14:paraId="537E08F5" w14:textId="77777777" w:rsidR="009F4A06" w:rsidRDefault="00000000">
            <w:pPr>
              <w:spacing w:after="0" w:line="240" w:lineRule="auto"/>
            </w:pPr>
            <w:r>
              <w:rPr>
                <w:rFonts w:eastAsia="Aptos"/>
                <w:color w:val="1D2A38"/>
                <w:sz w:val="15"/>
              </w:rPr>
              <w:t xml:space="preserve"> </w:t>
            </w:r>
          </w:p>
        </w:tc>
      </w:tr>
    </w:tbl>
    <w:p w14:paraId="6C6A5C9C" w14:textId="77777777" w:rsidR="009F4A06" w:rsidRDefault="00000000">
      <w:pPr>
        <w:keepNext/>
        <w:pBdr>
          <w:bottom w:val="single" w:sz="14" w:space="3" w:color="4E89B8"/>
        </w:pBdr>
        <w:spacing w:before="180" w:after="80"/>
      </w:pPr>
      <w:r>
        <w:rPr>
          <w:rFonts w:eastAsia="Aptos"/>
          <w:b/>
          <w:color w:val="143A5A"/>
          <w:sz w:val="20"/>
        </w:rPr>
        <w:t>05  DỰ ÁN / THÀNH TỰU TIÊU BIỂU</w:t>
      </w:r>
    </w:p>
    <w:tbl>
      <w:tblPr>
        <w:tblW w:w="0" w:type="auto"/>
        <w:jc w:val="center"/>
        <w:tblBorders>
          <w:top w:val="single" w:sz="6" w:space="0" w:color="D9E0E8"/>
          <w:left w:val="single" w:sz="6" w:space="0" w:color="D9E0E8"/>
          <w:bottom w:val="single" w:sz="6" w:space="0" w:color="D9E0E8"/>
          <w:right w:val="single" w:sz="6" w:space="0" w:color="D9E0E8"/>
          <w:insideH w:val="single" w:sz="6" w:space="0" w:color="D9E0E8"/>
          <w:insideV w:val="single" w:sz="6" w:space="0" w:color="D9E0E8"/>
        </w:tblBorders>
        <w:tblLayout w:type="fixed"/>
        <w:tblLook w:val="04A0" w:firstRow="1" w:lastRow="0" w:firstColumn="1" w:lastColumn="0" w:noHBand="0" w:noVBand="1"/>
      </w:tblPr>
      <w:tblGrid>
        <w:gridCol w:w="2721"/>
        <w:gridCol w:w="1984"/>
        <w:gridCol w:w="2381"/>
        <w:gridCol w:w="3118"/>
      </w:tblGrid>
      <w:tr w:rsidR="009F4A06" w14:paraId="6BF34B0F" w14:textId="77777777">
        <w:trPr>
          <w:tblHeader/>
          <w:jc w:val="center"/>
        </w:trPr>
        <w:tc>
          <w:tcPr>
            <w:tcW w:w="2721" w:type="dxa"/>
            <w:shd w:val="clear" w:color="auto" w:fill="EAF1F7"/>
            <w:tcMar>
              <w:top w:w="80" w:type="dxa"/>
              <w:left w:w="70" w:type="dxa"/>
              <w:bottom w:w="80" w:type="dxa"/>
              <w:right w:w="70" w:type="dxa"/>
            </w:tcMar>
            <w:vAlign w:val="center"/>
          </w:tcPr>
          <w:p w14:paraId="476FCF92" w14:textId="77777777" w:rsidR="009F4A06" w:rsidRDefault="00000000">
            <w:pPr>
              <w:spacing w:after="0"/>
              <w:jc w:val="center"/>
            </w:pPr>
            <w:r>
              <w:rPr>
                <w:rFonts w:eastAsia="Aptos"/>
                <w:b/>
                <w:color w:val="143A5A"/>
                <w:sz w:val="15"/>
              </w:rPr>
              <w:t>Dự án / Thành tựu</w:t>
            </w:r>
          </w:p>
        </w:tc>
        <w:tc>
          <w:tcPr>
            <w:tcW w:w="1984" w:type="dxa"/>
            <w:shd w:val="clear" w:color="auto" w:fill="EAF1F7"/>
            <w:tcMar>
              <w:top w:w="80" w:type="dxa"/>
              <w:left w:w="70" w:type="dxa"/>
              <w:bottom w:w="80" w:type="dxa"/>
              <w:right w:w="70" w:type="dxa"/>
            </w:tcMar>
            <w:vAlign w:val="center"/>
          </w:tcPr>
          <w:p w14:paraId="277AFA78" w14:textId="77777777" w:rsidR="009F4A06" w:rsidRDefault="00000000">
            <w:pPr>
              <w:spacing w:after="0"/>
              <w:jc w:val="center"/>
            </w:pPr>
            <w:r>
              <w:rPr>
                <w:rFonts w:eastAsia="Aptos"/>
                <w:b/>
                <w:color w:val="143A5A"/>
                <w:sz w:val="15"/>
              </w:rPr>
              <w:t>Vai trò</w:t>
            </w:r>
          </w:p>
        </w:tc>
        <w:tc>
          <w:tcPr>
            <w:tcW w:w="2381" w:type="dxa"/>
            <w:shd w:val="clear" w:color="auto" w:fill="EAF1F7"/>
            <w:tcMar>
              <w:top w:w="80" w:type="dxa"/>
              <w:left w:w="70" w:type="dxa"/>
              <w:bottom w:w="80" w:type="dxa"/>
              <w:right w:w="70" w:type="dxa"/>
            </w:tcMar>
            <w:vAlign w:val="center"/>
          </w:tcPr>
          <w:p w14:paraId="33E78CAF" w14:textId="77777777" w:rsidR="009F4A06" w:rsidRDefault="00000000">
            <w:pPr>
              <w:spacing w:after="0"/>
              <w:jc w:val="center"/>
            </w:pPr>
            <w:r>
              <w:rPr>
                <w:rFonts w:eastAsia="Aptos"/>
                <w:b/>
                <w:color w:val="143A5A"/>
                <w:sz w:val="15"/>
              </w:rPr>
              <w:t>Quy mô / Phạm vi</w:t>
            </w:r>
          </w:p>
        </w:tc>
        <w:tc>
          <w:tcPr>
            <w:tcW w:w="3118" w:type="dxa"/>
            <w:shd w:val="clear" w:color="auto" w:fill="EAF1F7"/>
            <w:tcMar>
              <w:top w:w="80" w:type="dxa"/>
              <w:left w:w="70" w:type="dxa"/>
              <w:bottom w:w="80" w:type="dxa"/>
              <w:right w:w="70" w:type="dxa"/>
            </w:tcMar>
            <w:vAlign w:val="center"/>
          </w:tcPr>
          <w:p w14:paraId="550CED2A" w14:textId="77777777" w:rsidR="009F4A06" w:rsidRDefault="00000000">
            <w:pPr>
              <w:spacing w:after="0"/>
              <w:jc w:val="center"/>
            </w:pPr>
            <w:r>
              <w:rPr>
                <w:rFonts w:eastAsia="Aptos"/>
                <w:b/>
                <w:color w:val="143A5A"/>
                <w:sz w:val="15"/>
              </w:rPr>
              <w:t>Kết quả / Đóng góp cá nhân</w:t>
            </w:r>
          </w:p>
        </w:tc>
      </w:tr>
      <w:tr w:rsidR="009F4A06" w14:paraId="5BD2BF0E" w14:textId="77777777">
        <w:trPr>
          <w:jc w:val="center"/>
        </w:trPr>
        <w:tc>
          <w:tcPr>
            <w:tcW w:w="2721" w:type="dxa"/>
            <w:tcMar>
              <w:top w:w="90" w:type="dxa"/>
              <w:left w:w="70" w:type="dxa"/>
              <w:bottom w:w="90" w:type="dxa"/>
              <w:right w:w="70" w:type="dxa"/>
            </w:tcMar>
          </w:tcPr>
          <w:p w14:paraId="6F936061" w14:textId="77777777" w:rsidR="009F4A06" w:rsidRDefault="00000000">
            <w:pPr>
              <w:spacing w:after="0" w:line="240" w:lineRule="auto"/>
            </w:pPr>
            <w:r>
              <w:rPr>
                <w:rFonts w:eastAsia="Aptos"/>
                <w:color w:val="1D2A38"/>
                <w:sz w:val="15"/>
              </w:rPr>
              <w:t xml:space="preserve"> </w:t>
            </w:r>
          </w:p>
        </w:tc>
        <w:tc>
          <w:tcPr>
            <w:tcW w:w="1984" w:type="dxa"/>
            <w:tcMar>
              <w:top w:w="90" w:type="dxa"/>
              <w:left w:w="70" w:type="dxa"/>
              <w:bottom w:w="90" w:type="dxa"/>
              <w:right w:w="70" w:type="dxa"/>
            </w:tcMar>
          </w:tcPr>
          <w:p w14:paraId="03E552AB"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0FA10D1E" w14:textId="77777777" w:rsidR="009F4A06" w:rsidRDefault="00000000">
            <w:pPr>
              <w:spacing w:after="0" w:line="240" w:lineRule="auto"/>
            </w:pPr>
            <w:r>
              <w:rPr>
                <w:rFonts w:eastAsia="Aptos"/>
                <w:color w:val="1D2A38"/>
                <w:sz w:val="15"/>
              </w:rPr>
              <w:t xml:space="preserve"> </w:t>
            </w:r>
          </w:p>
        </w:tc>
        <w:tc>
          <w:tcPr>
            <w:tcW w:w="3118" w:type="dxa"/>
            <w:tcMar>
              <w:top w:w="90" w:type="dxa"/>
              <w:left w:w="70" w:type="dxa"/>
              <w:bottom w:w="90" w:type="dxa"/>
              <w:right w:w="70" w:type="dxa"/>
            </w:tcMar>
          </w:tcPr>
          <w:p w14:paraId="3080E4B5" w14:textId="77777777" w:rsidR="009F4A06" w:rsidRDefault="00000000">
            <w:pPr>
              <w:spacing w:after="0" w:line="240" w:lineRule="auto"/>
            </w:pPr>
            <w:r>
              <w:rPr>
                <w:rFonts w:eastAsia="Aptos"/>
                <w:color w:val="1D2A38"/>
                <w:sz w:val="15"/>
              </w:rPr>
              <w:t xml:space="preserve"> </w:t>
            </w:r>
          </w:p>
        </w:tc>
      </w:tr>
      <w:tr w:rsidR="009F4A06" w14:paraId="265136E0" w14:textId="77777777">
        <w:trPr>
          <w:jc w:val="center"/>
        </w:trPr>
        <w:tc>
          <w:tcPr>
            <w:tcW w:w="2721" w:type="dxa"/>
            <w:tcMar>
              <w:top w:w="90" w:type="dxa"/>
              <w:left w:w="70" w:type="dxa"/>
              <w:bottom w:w="90" w:type="dxa"/>
              <w:right w:w="70" w:type="dxa"/>
            </w:tcMar>
          </w:tcPr>
          <w:p w14:paraId="3EF86AFB" w14:textId="77777777" w:rsidR="009F4A06" w:rsidRDefault="00000000">
            <w:pPr>
              <w:spacing w:after="0" w:line="240" w:lineRule="auto"/>
            </w:pPr>
            <w:r>
              <w:rPr>
                <w:rFonts w:eastAsia="Aptos"/>
                <w:color w:val="1D2A38"/>
                <w:sz w:val="15"/>
              </w:rPr>
              <w:t xml:space="preserve"> </w:t>
            </w:r>
          </w:p>
        </w:tc>
        <w:tc>
          <w:tcPr>
            <w:tcW w:w="1984" w:type="dxa"/>
            <w:tcMar>
              <w:top w:w="90" w:type="dxa"/>
              <w:left w:w="70" w:type="dxa"/>
              <w:bottom w:w="90" w:type="dxa"/>
              <w:right w:w="70" w:type="dxa"/>
            </w:tcMar>
          </w:tcPr>
          <w:p w14:paraId="5B2CF26D"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665D383B" w14:textId="77777777" w:rsidR="009F4A06" w:rsidRDefault="00000000">
            <w:pPr>
              <w:spacing w:after="0" w:line="240" w:lineRule="auto"/>
            </w:pPr>
            <w:r>
              <w:rPr>
                <w:rFonts w:eastAsia="Aptos"/>
                <w:color w:val="1D2A38"/>
                <w:sz w:val="15"/>
              </w:rPr>
              <w:t xml:space="preserve"> </w:t>
            </w:r>
          </w:p>
        </w:tc>
        <w:tc>
          <w:tcPr>
            <w:tcW w:w="3118" w:type="dxa"/>
            <w:tcMar>
              <w:top w:w="90" w:type="dxa"/>
              <w:left w:w="70" w:type="dxa"/>
              <w:bottom w:w="90" w:type="dxa"/>
              <w:right w:w="70" w:type="dxa"/>
            </w:tcMar>
          </w:tcPr>
          <w:p w14:paraId="21431A35" w14:textId="77777777" w:rsidR="009F4A06" w:rsidRDefault="00000000">
            <w:pPr>
              <w:spacing w:after="0" w:line="240" w:lineRule="auto"/>
            </w:pPr>
            <w:r>
              <w:rPr>
                <w:rFonts w:eastAsia="Aptos"/>
                <w:color w:val="1D2A38"/>
                <w:sz w:val="15"/>
              </w:rPr>
              <w:t xml:space="preserve"> </w:t>
            </w:r>
          </w:p>
        </w:tc>
      </w:tr>
      <w:tr w:rsidR="009F4A06" w14:paraId="249772FE" w14:textId="77777777">
        <w:trPr>
          <w:jc w:val="center"/>
        </w:trPr>
        <w:tc>
          <w:tcPr>
            <w:tcW w:w="2721" w:type="dxa"/>
            <w:tcMar>
              <w:top w:w="90" w:type="dxa"/>
              <w:left w:w="70" w:type="dxa"/>
              <w:bottom w:w="90" w:type="dxa"/>
              <w:right w:w="70" w:type="dxa"/>
            </w:tcMar>
          </w:tcPr>
          <w:p w14:paraId="14B2FE21" w14:textId="77777777" w:rsidR="009F4A06" w:rsidRDefault="00000000">
            <w:pPr>
              <w:spacing w:after="0" w:line="240" w:lineRule="auto"/>
            </w:pPr>
            <w:r>
              <w:rPr>
                <w:rFonts w:eastAsia="Aptos"/>
                <w:color w:val="1D2A38"/>
                <w:sz w:val="15"/>
              </w:rPr>
              <w:t xml:space="preserve"> </w:t>
            </w:r>
          </w:p>
        </w:tc>
        <w:tc>
          <w:tcPr>
            <w:tcW w:w="1984" w:type="dxa"/>
            <w:tcMar>
              <w:top w:w="90" w:type="dxa"/>
              <w:left w:w="70" w:type="dxa"/>
              <w:bottom w:w="90" w:type="dxa"/>
              <w:right w:w="70" w:type="dxa"/>
            </w:tcMar>
          </w:tcPr>
          <w:p w14:paraId="31CBE7CB" w14:textId="77777777" w:rsidR="009F4A06" w:rsidRDefault="00000000">
            <w:pPr>
              <w:spacing w:after="0" w:line="240" w:lineRule="auto"/>
            </w:pPr>
            <w:r>
              <w:rPr>
                <w:rFonts w:eastAsia="Aptos"/>
                <w:color w:val="1D2A38"/>
                <w:sz w:val="15"/>
              </w:rPr>
              <w:t xml:space="preserve"> </w:t>
            </w:r>
          </w:p>
        </w:tc>
        <w:tc>
          <w:tcPr>
            <w:tcW w:w="2381" w:type="dxa"/>
            <w:tcMar>
              <w:top w:w="90" w:type="dxa"/>
              <w:left w:w="70" w:type="dxa"/>
              <w:bottom w:w="90" w:type="dxa"/>
              <w:right w:w="70" w:type="dxa"/>
            </w:tcMar>
          </w:tcPr>
          <w:p w14:paraId="76882C3C" w14:textId="77777777" w:rsidR="009F4A06" w:rsidRDefault="00000000">
            <w:pPr>
              <w:spacing w:after="0" w:line="240" w:lineRule="auto"/>
            </w:pPr>
            <w:r>
              <w:rPr>
                <w:rFonts w:eastAsia="Aptos"/>
                <w:color w:val="1D2A38"/>
                <w:sz w:val="15"/>
              </w:rPr>
              <w:t xml:space="preserve"> </w:t>
            </w:r>
          </w:p>
        </w:tc>
        <w:tc>
          <w:tcPr>
            <w:tcW w:w="3118" w:type="dxa"/>
            <w:tcMar>
              <w:top w:w="90" w:type="dxa"/>
              <w:left w:w="70" w:type="dxa"/>
              <w:bottom w:w="90" w:type="dxa"/>
              <w:right w:w="70" w:type="dxa"/>
            </w:tcMar>
          </w:tcPr>
          <w:p w14:paraId="611603AA" w14:textId="77777777" w:rsidR="009F4A06" w:rsidRDefault="00000000">
            <w:pPr>
              <w:spacing w:after="0" w:line="240" w:lineRule="auto"/>
            </w:pPr>
            <w:r>
              <w:rPr>
                <w:rFonts w:eastAsia="Aptos"/>
                <w:color w:val="1D2A38"/>
                <w:sz w:val="15"/>
              </w:rPr>
              <w:t xml:space="preserve"> </w:t>
            </w:r>
          </w:p>
        </w:tc>
      </w:tr>
    </w:tbl>
    <w:p w14:paraId="612332C5" w14:textId="77777777" w:rsidR="009F4A06" w:rsidRDefault="00000000">
      <w:pPr>
        <w:keepNext/>
        <w:pBdr>
          <w:bottom w:val="single" w:sz="14" w:space="3" w:color="4E89B8"/>
        </w:pBdr>
        <w:spacing w:before="180" w:after="80"/>
      </w:pPr>
      <w:r>
        <w:rPr>
          <w:rFonts w:eastAsia="Aptos"/>
          <w:b/>
          <w:color w:val="143A5A"/>
          <w:sz w:val="20"/>
        </w:rPr>
        <w:t>06  THÔNG TIN TUYỂN DỤNG &amp; ĐÃI NGỘ</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5102"/>
      </w:tblGrid>
      <w:tr w:rsidR="009F4A06" w14:paraId="49D41DEF" w14:textId="77777777">
        <w:trPr>
          <w:jc w:val="center"/>
        </w:trPr>
        <w:tc>
          <w:tcPr>
            <w:tcW w:w="5102" w:type="dxa"/>
            <w:tcBorders>
              <w:bottom w:val="single" w:sz="6" w:space="0" w:color="D9E0E8"/>
            </w:tcBorders>
            <w:tcMar>
              <w:top w:w="80" w:type="dxa"/>
              <w:left w:w="60" w:type="dxa"/>
              <w:bottom w:w="80" w:type="dxa"/>
              <w:right w:w="60" w:type="dxa"/>
            </w:tcMar>
          </w:tcPr>
          <w:p w14:paraId="1E5F87C2" w14:textId="77777777" w:rsidR="009F4A06" w:rsidRDefault="00000000">
            <w:pPr>
              <w:spacing w:after="0"/>
            </w:pPr>
            <w:r>
              <w:rPr>
                <w:rFonts w:eastAsia="Aptos"/>
                <w:b/>
                <w:color w:val="607184"/>
                <w:sz w:val="15"/>
              </w:rPr>
              <w:t>THỜI GIAN CÓ THỂ NHẬN VIỆC</w:t>
            </w:r>
            <w:r>
              <w:rPr>
                <w:rFonts w:eastAsia="Aptos"/>
                <w:b/>
                <w:color w:val="607184"/>
                <w:sz w:val="15"/>
              </w:rPr>
              <w:br/>
            </w:r>
            <w:r>
              <w:rPr>
                <w:rFonts w:eastAsia="Aptos"/>
                <w:color w:val="1D2A38"/>
              </w:rPr>
              <w:t>☐ Ngay   ☐ 30 ngày   ☐ 45 ngày   ☐ Khác: ................</w:t>
            </w:r>
          </w:p>
        </w:tc>
        <w:tc>
          <w:tcPr>
            <w:tcW w:w="5102" w:type="dxa"/>
            <w:tcBorders>
              <w:bottom w:val="single" w:sz="6" w:space="0" w:color="D9E0E8"/>
            </w:tcBorders>
            <w:tcMar>
              <w:top w:w="80" w:type="dxa"/>
              <w:left w:w="60" w:type="dxa"/>
              <w:bottom w:w="80" w:type="dxa"/>
              <w:right w:w="60" w:type="dxa"/>
            </w:tcMar>
          </w:tcPr>
          <w:p w14:paraId="51E7EF4C" w14:textId="77777777" w:rsidR="009F4A06" w:rsidRDefault="00000000">
            <w:pPr>
              <w:spacing w:after="0"/>
            </w:pPr>
            <w:r>
              <w:rPr>
                <w:rFonts w:eastAsia="Aptos"/>
                <w:b/>
                <w:color w:val="607184"/>
                <w:sz w:val="15"/>
              </w:rPr>
              <w:t>HÌNH THỨC LÀM VIỆC</w:t>
            </w:r>
            <w:r>
              <w:rPr>
                <w:rFonts w:eastAsia="Aptos"/>
                <w:b/>
                <w:color w:val="607184"/>
                <w:sz w:val="15"/>
              </w:rPr>
              <w:br/>
            </w:r>
            <w:r>
              <w:rPr>
                <w:rFonts w:eastAsia="Aptos"/>
                <w:color w:val="1D2A38"/>
              </w:rPr>
              <w:t>☐ Toàn thời gian   ☐ Khác</w:t>
            </w:r>
          </w:p>
        </w:tc>
      </w:tr>
      <w:tr w:rsidR="009F4A06" w14:paraId="389CCA58" w14:textId="77777777">
        <w:trPr>
          <w:jc w:val="center"/>
        </w:trPr>
        <w:tc>
          <w:tcPr>
            <w:tcW w:w="5102" w:type="dxa"/>
            <w:tcBorders>
              <w:bottom w:val="single" w:sz="6" w:space="0" w:color="D9E0E8"/>
            </w:tcBorders>
            <w:tcMar>
              <w:top w:w="80" w:type="dxa"/>
              <w:left w:w="60" w:type="dxa"/>
              <w:bottom w:w="80" w:type="dxa"/>
              <w:right w:w="60" w:type="dxa"/>
            </w:tcMar>
          </w:tcPr>
          <w:p w14:paraId="698D462B" w14:textId="77777777" w:rsidR="009F4A06" w:rsidRDefault="00000000">
            <w:pPr>
              <w:spacing w:after="0"/>
            </w:pPr>
            <w:r>
              <w:rPr>
                <w:rFonts w:eastAsia="Aptos"/>
                <w:b/>
                <w:color w:val="607184"/>
                <w:sz w:val="15"/>
              </w:rPr>
              <w:t>THU NHẬP HIỆN TẠI (GROSS)</w:t>
            </w:r>
            <w:r>
              <w:rPr>
                <w:rFonts w:eastAsia="Aptos"/>
                <w:b/>
                <w:color w:val="607184"/>
                <w:sz w:val="15"/>
              </w:rPr>
              <w:br/>
            </w:r>
            <w:r>
              <w:rPr>
                <w:rFonts w:eastAsia="Aptos"/>
                <w:color w:val="1D2A38"/>
              </w:rPr>
              <w:t>................................................ VNĐ/tháng</w:t>
            </w:r>
          </w:p>
        </w:tc>
        <w:tc>
          <w:tcPr>
            <w:tcW w:w="5102" w:type="dxa"/>
            <w:tcBorders>
              <w:bottom w:val="single" w:sz="6" w:space="0" w:color="D9E0E8"/>
            </w:tcBorders>
            <w:tcMar>
              <w:top w:w="80" w:type="dxa"/>
              <w:left w:w="60" w:type="dxa"/>
              <w:bottom w:w="80" w:type="dxa"/>
              <w:right w:w="60" w:type="dxa"/>
            </w:tcMar>
          </w:tcPr>
          <w:p w14:paraId="6BC9D27C" w14:textId="77777777" w:rsidR="009F4A06" w:rsidRDefault="00000000">
            <w:pPr>
              <w:spacing w:after="0"/>
            </w:pPr>
            <w:r>
              <w:rPr>
                <w:rFonts w:eastAsia="Aptos"/>
                <w:b/>
                <w:color w:val="607184"/>
                <w:sz w:val="15"/>
              </w:rPr>
              <w:t>THU NHẬP MONG MUỐN (GROSS)</w:t>
            </w:r>
            <w:r>
              <w:rPr>
                <w:rFonts w:eastAsia="Aptos"/>
                <w:b/>
                <w:color w:val="607184"/>
                <w:sz w:val="15"/>
              </w:rPr>
              <w:br/>
            </w:r>
            <w:r>
              <w:rPr>
                <w:rFonts w:eastAsia="Aptos"/>
                <w:color w:val="1D2A38"/>
              </w:rPr>
              <w:t>................................................ VNĐ/tháng</w:t>
            </w:r>
          </w:p>
        </w:tc>
      </w:tr>
      <w:tr w:rsidR="009F4A06" w14:paraId="693C2F6D" w14:textId="77777777">
        <w:trPr>
          <w:jc w:val="center"/>
        </w:trPr>
        <w:tc>
          <w:tcPr>
            <w:tcW w:w="5102" w:type="dxa"/>
            <w:tcBorders>
              <w:bottom w:val="single" w:sz="6" w:space="0" w:color="D9E0E8"/>
            </w:tcBorders>
            <w:tcMar>
              <w:top w:w="80" w:type="dxa"/>
              <w:left w:w="60" w:type="dxa"/>
              <w:bottom w:w="80" w:type="dxa"/>
              <w:right w:w="60" w:type="dxa"/>
            </w:tcMar>
          </w:tcPr>
          <w:p w14:paraId="720B7000" w14:textId="77777777" w:rsidR="009F4A06" w:rsidRDefault="00000000">
            <w:pPr>
              <w:spacing w:after="0"/>
            </w:pPr>
            <w:r>
              <w:rPr>
                <w:rFonts w:eastAsia="Aptos"/>
                <w:b/>
                <w:color w:val="607184"/>
                <w:sz w:val="15"/>
              </w:rPr>
              <w:t>PHÚC LỢI / ĐIỀU KIỆN QUAN TRỌNG</w:t>
            </w:r>
            <w:r>
              <w:rPr>
                <w:rFonts w:eastAsia="Aptos"/>
                <w:b/>
                <w:color w:val="607184"/>
                <w:sz w:val="15"/>
              </w:rPr>
              <w:br/>
            </w:r>
            <w:r>
              <w:rPr>
                <w:rFonts w:eastAsia="Aptos"/>
                <w:color w:val="1D2A38"/>
              </w:rPr>
              <w:t>........................................................................</w:t>
            </w:r>
          </w:p>
        </w:tc>
        <w:tc>
          <w:tcPr>
            <w:tcW w:w="5102" w:type="dxa"/>
            <w:tcBorders>
              <w:bottom w:val="single" w:sz="6" w:space="0" w:color="D9E0E8"/>
            </w:tcBorders>
            <w:tcMar>
              <w:top w:w="80" w:type="dxa"/>
              <w:left w:w="60" w:type="dxa"/>
              <w:bottom w:w="80" w:type="dxa"/>
              <w:right w:w="60" w:type="dxa"/>
            </w:tcMar>
          </w:tcPr>
          <w:p w14:paraId="3BD4AEA1" w14:textId="77777777" w:rsidR="009F4A06" w:rsidRDefault="00000000">
            <w:pPr>
              <w:spacing w:after="0"/>
            </w:pPr>
            <w:r>
              <w:rPr>
                <w:rFonts w:eastAsia="Aptos"/>
                <w:b/>
                <w:color w:val="607184"/>
                <w:sz w:val="15"/>
              </w:rPr>
              <w:t>ĐỊA ĐIỂM LÀM VIỆC MONG MUỐN</w:t>
            </w:r>
            <w:r>
              <w:rPr>
                <w:rFonts w:eastAsia="Aptos"/>
                <w:b/>
                <w:color w:val="607184"/>
                <w:sz w:val="15"/>
              </w:rPr>
              <w:br/>
            </w:r>
            <w:r>
              <w:rPr>
                <w:rFonts w:eastAsia="Aptos"/>
                <w:color w:val="1D2A38"/>
              </w:rPr>
              <w:t>................................................</w:t>
            </w:r>
          </w:p>
        </w:tc>
      </w:tr>
    </w:tbl>
    <w:p w14:paraId="44F459BD" w14:textId="77777777" w:rsidR="009F4A06" w:rsidRDefault="009F4A06">
      <w:pPr>
        <w:pageBreakBefore/>
      </w:pPr>
    </w:p>
    <w:p w14:paraId="6D238C23" w14:textId="77777777" w:rsidR="009F4A06" w:rsidRDefault="00000000">
      <w:pPr>
        <w:keepNext/>
        <w:pBdr>
          <w:bottom w:val="single" w:sz="14" w:space="3" w:color="4E89B8"/>
        </w:pBdr>
        <w:spacing w:before="180" w:after="80"/>
      </w:pPr>
      <w:r>
        <w:rPr>
          <w:rFonts w:eastAsia="Aptos"/>
          <w:b/>
          <w:color w:val="143A5A"/>
          <w:sz w:val="20"/>
        </w:rPr>
        <w:t>07  NGƯỜI THAM KHẢO (REFERENCE)</w:t>
      </w:r>
    </w:p>
    <w:p w14:paraId="07C40AD0" w14:textId="77777777" w:rsidR="009F4A06" w:rsidRDefault="00000000">
      <w:r>
        <w:rPr>
          <w:rFonts w:eastAsia="Aptos"/>
          <w:color w:val="607184"/>
          <w:sz w:val="15"/>
        </w:rPr>
        <w:t>Chỉ cung cấp thông tin người tham khảo khi đã được họ đồng ý và phù hợp với quy định bảo mật dữ liệu cá nhân.</w:t>
      </w:r>
    </w:p>
    <w:tbl>
      <w:tblPr>
        <w:tblW w:w="0" w:type="auto"/>
        <w:jc w:val="center"/>
        <w:tblBorders>
          <w:top w:val="single" w:sz="6" w:space="0" w:color="D9E0E8"/>
          <w:left w:val="single" w:sz="6" w:space="0" w:color="D9E0E8"/>
          <w:bottom w:val="single" w:sz="6" w:space="0" w:color="D9E0E8"/>
          <w:right w:val="single" w:sz="6" w:space="0" w:color="D9E0E8"/>
          <w:insideH w:val="single" w:sz="6" w:space="0" w:color="D9E0E8"/>
          <w:insideV w:val="single" w:sz="6" w:space="0" w:color="D9E0E8"/>
        </w:tblBorders>
        <w:tblLayout w:type="fixed"/>
        <w:tblLook w:val="04A0" w:firstRow="1" w:lastRow="0" w:firstColumn="1" w:lastColumn="0" w:noHBand="0" w:noVBand="1"/>
      </w:tblPr>
      <w:tblGrid>
        <w:gridCol w:w="2154"/>
        <w:gridCol w:w="1928"/>
        <w:gridCol w:w="2154"/>
        <w:gridCol w:w="2154"/>
        <w:gridCol w:w="1814"/>
      </w:tblGrid>
      <w:tr w:rsidR="009F4A06" w14:paraId="258237FD" w14:textId="77777777">
        <w:trPr>
          <w:tblHeader/>
          <w:jc w:val="center"/>
        </w:trPr>
        <w:tc>
          <w:tcPr>
            <w:tcW w:w="2154" w:type="dxa"/>
            <w:shd w:val="clear" w:color="auto" w:fill="EAF1F7"/>
            <w:tcMar>
              <w:top w:w="80" w:type="dxa"/>
              <w:left w:w="70" w:type="dxa"/>
              <w:bottom w:w="80" w:type="dxa"/>
              <w:right w:w="70" w:type="dxa"/>
            </w:tcMar>
            <w:vAlign w:val="center"/>
          </w:tcPr>
          <w:p w14:paraId="06DF76DA" w14:textId="77777777" w:rsidR="009F4A06" w:rsidRDefault="00000000">
            <w:pPr>
              <w:spacing w:after="0"/>
              <w:jc w:val="center"/>
            </w:pPr>
            <w:r>
              <w:rPr>
                <w:rFonts w:eastAsia="Aptos"/>
                <w:b/>
                <w:color w:val="143A5A"/>
                <w:sz w:val="15"/>
              </w:rPr>
              <w:t>Họ và tên</w:t>
            </w:r>
          </w:p>
        </w:tc>
        <w:tc>
          <w:tcPr>
            <w:tcW w:w="1928" w:type="dxa"/>
            <w:shd w:val="clear" w:color="auto" w:fill="EAF1F7"/>
            <w:tcMar>
              <w:top w:w="80" w:type="dxa"/>
              <w:left w:w="70" w:type="dxa"/>
              <w:bottom w:w="80" w:type="dxa"/>
              <w:right w:w="70" w:type="dxa"/>
            </w:tcMar>
            <w:vAlign w:val="center"/>
          </w:tcPr>
          <w:p w14:paraId="45DF3FE5" w14:textId="77777777" w:rsidR="009F4A06" w:rsidRDefault="00000000">
            <w:pPr>
              <w:spacing w:after="0"/>
              <w:jc w:val="center"/>
            </w:pPr>
            <w:r>
              <w:rPr>
                <w:rFonts w:eastAsia="Aptos"/>
                <w:b/>
                <w:color w:val="143A5A"/>
                <w:sz w:val="15"/>
              </w:rPr>
              <w:t>Chức danh</w:t>
            </w:r>
          </w:p>
        </w:tc>
        <w:tc>
          <w:tcPr>
            <w:tcW w:w="2154" w:type="dxa"/>
            <w:shd w:val="clear" w:color="auto" w:fill="EAF1F7"/>
            <w:tcMar>
              <w:top w:w="80" w:type="dxa"/>
              <w:left w:w="70" w:type="dxa"/>
              <w:bottom w:w="80" w:type="dxa"/>
              <w:right w:w="70" w:type="dxa"/>
            </w:tcMar>
            <w:vAlign w:val="center"/>
          </w:tcPr>
          <w:p w14:paraId="20A2FE99" w14:textId="77777777" w:rsidR="009F4A06" w:rsidRDefault="00000000">
            <w:pPr>
              <w:spacing w:after="0"/>
              <w:jc w:val="center"/>
            </w:pPr>
            <w:r>
              <w:rPr>
                <w:rFonts w:eastAsia="Aptos"/>
                <w:b/>
                <w:color w:val="143A5A"/>
                <w:sz w:val="15"/>
              </w:rPr>
              <w:t>Công ty</w:t>
            </w:r>
          </w:p>
        </w:tc>
        <w:tc>
          <w:tcPr>
            <w:tcW w:w="2154" w:type="dxa"/>
            <w:shd w:val="clear" w:color="auto" w:fill="EAF1F7"/>
            <w:tcMar>
              <w:top w:w="80" w:type="dxa"/>
              <w:left w:w="70" w:type="dxa"/>
              <w:bottom w:w="80" w:type="dxa"/>
              <w:right w:w="70" w:type="dxa"/>
            </w:tcMar>
            <w:vAlign w:val="center"/>
          </w:tcPr>
          <w:p w14:paraId="280DF539" w14:textId="77777777" w:rsidR="009F4A06" w:rsidRDefault="00000000">
            <w:pPr>
              <w:spacing w:after="0"/>
              <w:jc w:val="center"/>
            </w:pPr>
            <w:r>
              <w:rPr>
                <w:rFonts w:eastAsia="Aptos"/>
                <w:b/>
                <w:color w:val="143A5A"/>
                <w:sz w:val="15"/>
              </w:rPr>
              <w:t>Mối quan hệ công việc</w:t>
            </w:r>
          </w:p>
        </w:tc>
        <w:tc>
          <w:tcPr>
            <w:tcW w:w="1814" w:type="dxa"/>
            <w:shd w:val="clear" w:color="auto" w:fill="EAF1F7"/>
            <w:tcMar>
              <w:top w:w="80" w:type="dxa"/>
              <w:left w:w="70" w:type="dxa"/>
              <w:bottom w:w="80" w:type="dxa"/>
              <w:right w:w="70" w:type="dxa"/>
            </w:tcMar>
            <w:vAlign w:val="center"/>
          </w:tcPr>
          <w:p w14:paraId="3A8543AE" w14:textId="77777777" w:rsidR="009F4A06" w:rsidRDefault="00000000">
            <w:pPr>
              <w:spacing w:after="0"/>
              <w:jc w:val="center"/>
            </w:pPr>
            <w:r>
              <w:rPr>
                <w:rFonts w:eastAsia="Aptos"/>
                <w:b/>
                <w:color w:val="143A5A"/>
                <w:sz w:val="15"/>
              </w:rPr>
              <w:t>Điện thoại / Email</w:t>
            </w:r>
          </w:p>
        </w:tc>
      </w:tr>
      <w:tr w:rsidR="009F4A06" w14:paraId="7B902463" w14:textId="77777777">
        <w:trPr>
          <w:jc w:val="center"/>
        </w:trPr>
        <w:tc>
          <w:tcPr>
            <w:tcW w:w="2154" w:type="dxa"/>
            <w:tcMar>
              <w:top w:w="90" w:type="dxa"/>
              <w:left w:w="70" w:type="dxa"/>
              <w:bottom w:w="90" w:type="dxa"/>
              <w:right w:w="70" w:type="dxa"/>
            </w:tcMar>
          </w:tcPr>
          <w:p w14:paraId="0FAAAD38" w14:textId="77777777" w:rsidR="009F4A06" w:rsidRDefault="00000000">
            <w:pPr>
              <w:spacing w:after="0" w:line="240" w:lineRule="auto"/>
            </w:pPr>
            <w:r>
              <w:rPr>
                <w:rFonts w:eastAsia="Aptos"/>
                <w:color w:val="1D2A38"/>
                <w:sz w:val="15"/>
              </w:rPr>
              <w:t xml:space="preserve"> </w:t>
            </w:r>
          </w:p>
        </w:tc>
        <w:tc>
          <w:tcPr>
            <w:tcW w:w="1928" w:type="dxa"/>
            <w:tcMar>
              <w:top w:w="90" w:type="dxa"/>
              <w:left w:w="70" w:type="dxa"/>
              <w:bottom w:w="90" w:type="dxa"/>
              <w:right w:w="70" w:type="dxa"/>
            </w:tcMar>
          </w:tcPr>
          <w:p w14:paraId="21C3FBB0" w14:textId="77777777" w:rsidR="009F4A06" w:rsidRDefault="00000000">
            <w:pPr>
              <w:spacing w:after="0" w:line="240" w:lineRule="auto"/>
            </w:pPr>
            <w:r>
              <w:rPr>
                <w:rFonts w:eastAsia="Aptos"/>
                <w:color w:val="1D2A38"/>
                <w:sz w:val="15"/>
              </w:rPr>
              <w:t xml:space="preserve"> </w:t>
            </w:r>
          </w:p>
        </w:tc>
        <w:tc>
          <w:tcPr>
            <w:tcW w:w="2154" w:type="dxa"/>
            <w:tcMar>
              <w:top w:w="90" w:type="dxa"/>
              <w:left w:w="70" w:type="dxa"/>
              <w:bottom w:w="90" w:type="dxa"/>
              <w:right w:w="70" w:type="dxa"/>
            </w:tcMar>
          </w:tcPr>
          <w:p w14:paraId="769B4735" w14:textId="77777777" w:rsidR="009F4A06" w:rsidRDefault="00000000">
            <w:pPr>
              <w:spacing w:after="0" w:line="240" w:lineRule="auto"/>
            </w:pPr>
            <w:r>
              <w:rPr>
                <w:rFonts w:eastAsia="Aptos"/>
                <w:color w:val="1D2A38"/>
                <w:sz w:val="15"/>
              </w:rPr>
              <w:t xml:space="preserve"> </w:t>
            </w:r>
          </w:p>
        </w:tc>
        <w:tc>
          <w:tcPr>
            <w:tcW w:w="2154" w:type="dxa"/>
            <w:tcMar>
              <w:top w:w="90" w:type="dxa"/>
              <w:left w:w="70" w:type="dxa"/>
              <w:bottom w:w="90" w:type="dxa"/>
              <w:right w:w="70" w:type="dxa"/>
            </w:tcMar>
          </w:tcPr>
          <w:p w14:paraId="3E07A5E7" w14:textId="77777777" w:rsidR="009F4A06" w:rsidRDefault="00000000">
            <w:pPr>
              <w:spacing w:after="0" w:line="240" w:lineRule="auto"/>
            </w:pPr>
            <w:r>
              <w:rPr>
                <w:rFonts w:eastAsia="Aptos"/>
                <w:color w:val="1D2A38"/>
                <w:sz w:val="15"/>
              </w:rPr>
              <w:t xml:space="preserve"> </w:t>
            </w:r>
          </w:p>
        </w:tc>
        <w:tc>
          <w:tcPr>
            <w:tcW w:w="1814" w:type="dxa"/>
            <w:tcMar>
              <w:top w:w="90" w:type="dxa"/>
              <w:left w:w="70" w:type="dxa"/>
              <w:bottom w:w="90" w:type="dxa"/>
              <w:right w:w="70" w:type="dxa"/>
            </w:tcMar>
          </w:tcPr>
          <w:p w14:paraId="46746D41" w14:textId="77777777" w:rsidR="009F4A06" w:rsidRDefault="00000000">
            <w:pPr>
              <w:spacing w:after="0" w:line="240" w:lineRule="auto"/>
            </w:pPr>
            <w:r>
              <w:rPr>
                <w:rFonts w:eastAsia="Aptos"/>
                <w:color w:val="1D2A38"/>
                <w:sz w:val="15"/>
              </w:rPr>
              <w:t xml:space="preserve"> </w:t>
            </w:r>
          </w:p>
        </w:tc>
      </w:tr>
      <w:tr w:rsidR="009F4A06" w14:paraId="1F1E023A" w14:textId="77777777">
        <w:trPr>
          <w:jc w:val="center"/>
        </w:trPr>
        <w:tc>
          <w:tcPr>
            <w:tcW w:w="2154" w:type="dxa"/>
            <w:tcMar>
              <w:top w:w="90" w:type="dxa"/>
              <w:left w:w="70" w:type="dxa"/>
              <w:bottom w:w="90" w:type="dxa"/>
              <w:right w:w="70" w:type="dxa"/>
            </w:tcMar>
          </w:tcPr>
          <w:p w14:paraId="63D0D8A2" w14:textId="77777777" w:rsidR="009F4A06" w:rsidRDefault="00000000">
            <w:pPr>
              <w:spacing w:after="0" w:line="240" w:lineRule="auto"/>
            </w:pPr>
            <w:r>
              <w:rPr>
                <w:rFonts w:eastAsia="Aptos"/>
                <w:color w:val="1D2A38"/>
                <w:sz w:val="15"/>
              </w:rPr>
              <w:t xml:space="preserve"> </w:t>
            </w:r>
          </w:p>
        </w:tc>
        <w:tc>
          <w:tcPr>
            <w:tcW w:w="1928" w:type="dxa"/>
            <w:tcMar>
              <w:top w:w="90" w:type="dxa"/>
              <w:left w:w="70" w:type="dxa"/>
              <w:bottom w:w="90" w:type="dxa"/>
              <w:right w:w="70" w:type="dxa"/>
            </w:tcMar>
          </w:tcPr>
          <w:p w14:paraId="5E13A3A1" w14:textId="77777777" w:rsidR="009F4A06" w:rsidRDefault="00000000">
            <w:pPr>
              <w:spacing w:after="0" w:line="240" w:lineRule="auto"/>
            </w:pPr>
            <w:r>
              <w:rPr>
                <w:rFonts w:eastAsia="Aptos"/>
                <w:color w:val="1D2A38"/>
                <w:sz w:val="15"/>
              </w:rPr>
              <w:t xml:space="preserve"> </w:t>
            </w:r>
          </w:p>
        </w:tc>
        <w:tc>
          <w:tcPr>
            <w:tcW w:w="2154" w:type="dxa"/>
            <w:tcMar>
              <w:top w:w="90" w:type="dxa"/>
              <w:left w:w="70" w:type="dxa"/>
              <w:bottom w:w="90" w:type="dxa"/>
              <w:right w:w="70" w:type="dxa"/>
            </w:tcMar>
          </w:tcPr>
          <w:p w14:paraId="32793D18" w14:textId="77777777" w:rsidR="009F4A06" w:rsidRDefault="00000000">
            <w:pPr>
              <w:spacing w:after="0" w:line="240" w:lineRule="auto"/>
            </w:pPr>
            <w:r>
              <w:rPr>
                <w:rFonts w:eastAsia="Aptos"/>
                <w:color w:val="1D2A38"/>
                <w:sz w:val="15"/>
              </w:rPr>
              <w:t xml:space="preserve"> </w:t>
            </w:r>
          </w:p>
        </w:tc>
        <w:tc>
          <w:tcPr>
            <w:tcW w:w="2154" w:type="dxa"/>
            <w:tcMar>
              <w:top w:w="90" w:type="dxa"/>
              <w:left w:w="70" w:type="dxa"/>
              <w:bottom w:w="90" w:type="dxa"/>
              <w:right w:w="70" w:type="dxa"/>
            </w:tcMar>
          </w:tcPr>
          <w:p w14:paraId="702980E1" w14:textId="77777777" w:rsidR="009F4A06" w:rsidRDefault="00000000">
            <w:pPr>
              <w:spacing w:after="0" w:line="240" w:lineRule="auto"/>
            </w:pPr>
            <w:r>
              <w:rPr>
                <w:rFonts w:eastAsia="Aptos"/>
                <w:color w:val="1D2A38"/>
                <w:sz w:val="15"/>
              </w:rPr>
              <w:t xml:space="preserve"> </w:t>
            </w:r>
          </w:p>
        </w:tc>
        <w:tc>
          <w:tcPr>
            <w:tcW w:w="1814" w:type="dxa"/>
            <w:tcMar>
              <w:top w:w="90" w:type="dxa"/>
              <w:left w:w="70" w:type="dxa"/>
              <w:bottom w:w="90" w:type="dxa"/>
              <w:right w:w="70" w:type="dxa"/>
            </w:tcMar>
          </w:tcPr>
          <w:p w14:paraId="03423CAA" w14:textId="77777777" w:rsidR="009F4A06" w:rsidRDefault="00000000">
            <w:pPr>
              <w:spacing w:after="0" w:line="240" w:lineRule="auto"/>
            </w:pPr>
            <w:r>
              <w:rPr>
                <w:rFonts w:eastAsia="Aptos"/>
                <w:color w:val="1D2A38"/>
                <w:sz w:val="15"/>
              </w:rPr>
              <w:t xml:space="preserve"> </w:t>
            </w:r>
          </w:p>
        </w:tc>
      </w:tr>
    </w:tbl>
    <w:p w14:paraId="5D4834F3" w14:textId="77777777" w:rsidR="009F4A06" w:rsidRDefault="00000000">
      <w:pPr>
        <w:keepNext/>
        <w:pBdr>
          <w:bottom w:val="single" w:sz="14" w:space="3" w:color="4E89B8"/>
        </w:pBdr>
        <w:spacing w:before="180" w:after="80"/>
      </w:pPr>
      <w:r>
        <w:rPr>
          <w:rFonts w:eastAsia="Aptos"/>
          <w:b/>
          <w:color w:val="143A5A"/>
          <w:sz w:val="20"/>
        </w:rPr>
        <w:t>08  THÔNG TIN BỔ SUNG</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205"/>
      </w:tblGrid>
      <w:tr w:rsidR="009F4A06" w14:paraId="28260A67" w14:textId="77777777">
        <w:trPr>
          <w:jc w:val="center"/>
        </w:trPr>
        <w:tc>
          <w:tcPr>
            <w:tcW w:w="10205" w:type="dxa"/>
            <w:tcBorders>
              <w:bottom w:val="single" w:sz="6" w:space="0" w:color="D9E0E8"/>
            </w:tcBorders>
            <w:tcMar>
              <w:top w:w="80" w:type="dxa"/>
              <w:left w:w="60" w:type="dxa"/>
              <w:bottom w:w="80" w:type="dxa"/>
              <w:right w:w="60" w:type="dxa"/>
            </w:tcMar>
          </w:tcPr>
          <w:p w14:paraId="362442DE" w14:textId="77777777" w:rsidR="009F4A06" w:rsidRDefault="00000000">
            <w:pPr>
              <w:spacing w:after="0"/>
            </w:pPr>
            <w:r>
              <w:rPr>
                <w:rFonts w:eastAsia="Aptos"/>
                <w:b/>
                <w:color w:val="607184"/>
                <w:sz w:val="15"/>
              </w:rPr>
              <w:t>NGUỒN BIẾT ĐẾN CƠ HỘI</w:t>
            </w:r>
            <w:r>
              <w:rPr>
                <w:rFonts w:eastAsia="Aptos"/>
                <w:b/>
                <w:color w:val="607184"/>
                <w:sz w:val="15"/>
              </w:rPr>
              <w:br/>
            </w:r>
            <w:r>
              <w:rPr>
                <w:rFonts w:eastAsia="Aptos"/>
                <w:color w:val="1D2A38"/>
              </w:rPr>
              <w:t>☐ Website   ☐ LinkedIn   ☐ Headhunter   ☐ Giới thiệu nội bộ   ☐ Khác</w:t>
            </w:r>
          </w:p>
        </w:tc>
      </w:tr>
      <w:tr w:rsidR="009F4A06" w14:paraId="365F4C93" w14:textId="77777777">
        <w:trPr>
          <w:jc w:val="center"/>
        </w:trPr>
        <w:tc>
          <w:tcPr>
            <w:tcW w:w="10205" w:type="dxa"/>
            <w:tcBorders>
              <w:bottom w:val="single" w:sz="6" w:space="0" w:color="D9E0E8"/>
            </w:tcBorders>
            <w:tcMar>
              <w:top w:w="80" w:type="dxa"/>
              <w:left w:w="60" w:type="dxa"/>
              <w:bottom w:w="80" w:type="dxa"/>
              <w:right w:w="60" w:type="dxa"/>
            </w:tcMar>
          </w:tcPr>
          <w:p w14:paraId="5669DD65" w14:textId="77777777" w:rsidR="009F4A06" w:rsidRDefault="00000000">
            <w:pPr>
              <w:spacing w:after="0"/>
            </w:pPr>
            <w:r>
              <w:rPr>
                <w:rFonts w:eastAsia="Aptos"/>
                <w:b/>
                <w:color w:val="607184"/>
                <w:sz w:val="15"/>
              </w:rPr>
              <w:t>THÔNG TIN KHÁC ỨNG VIÊN MUỐN CHIA SẺ</w:t>
            </w:r>
            <w:r>
              <w:rPr>
                <w:rFonts w:eastAsia="Aptos"/>
                <w:b/>
                <w:color w:val="607184"/>
                <w:sz w:val="15"/>
              </w:rPr>
              <w:br/>
            </w:r>
            <w:r>
              <w:rPr>
                <w:rFonts w:eastAsia="Aptos"/>
                <w:color w:val="1D2A38"/>
              </w:rPr>
              <w:t>........................................................................................................................................................................</w:t>
            </w:r>
            <w:r>
              <w:rPr>
                <w:rFonts w:eastAsia="Aptos"/>
                <w:color w:val="1D2A38"/>
              </w:rPr>
              <w:br/>
              <w:t>........................................................................................................................................................................</w:t>
            </w:r>
          </w:p>
        </w:tc>
      </w:tr>
    </w:tbl>
    <w:p w14:paraId="010977ED" w14:textId="77777777" w:rsidR="009F4A06" w:rsidRDefault="00000000">
      <w:pPr>
        <w:keepNext/>
        <w:pBdr>
          <w:bottom w:val="single" w:sz="14" w:space="3" w:color="4E89B8"/>
        </w:pBdr>
        <w:spacing w:before="180" w:after="80"/>
      </w:pPr>
      <w:r>
        <w:rPr>
          <w:rFonts w:eastAsia="Aptos"/>
          <w:b/>
          <w:color w:val="143A5A"/>
          <w:sz w:val="20"/>
        </w:rPr>
        <w:t>09  XÁC NHẬN CỦA ỨNG VIÊN</w:t>
      </w:r>
    </w:p>
    <w:p w14:paraId="634A6E60" w14:textId="77777777" w:rsidR="009F4A06" w:rsidRDefault="00000000">
      <w:r>
        <w:rPr>
          <w:rFonts w:eastAsia="Aptos"/>
          <w:sz w:val="16"/>
        </w:rPr>
        <w:t>Tôi xác nhận các thông tin cung cấp trong biểu mẫu này là đầy đủ và chính xác theo hiểu biết của tôi. Tôi đồng ý để doanh nghiệp sử dụng thông tin này cho mục đích tuyển dụng, đánh giá hồ sơ và liên hệ trong phạm vi cần thiết, phù hợp với quy định về bảo vệ dữ liệu cá nhân hiện hành.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5102"/>
      </w:tblGrid>
      <w:tr w:rsidR="009F4A06" w14:paraId="0C539155" w14:textId="77777777">
        <w:trPr>
          <w:jc w:val="center"/>
        </w:trPr>
        <w:tc>
          <w:tcPr>
            <w:tcW w:w="5102" w:type="dxa"/>
          </w:tcPr>
          <w:p w14:paraId="39794A51" w14:textId="77777777" w:rsidR="009F4A06" w:rsidRDefault="00000000">
            <w:pPr>
              <w:jc w:val="center"/>
            </w:pPr>
            <w:r>
              <w:rPr>
                <w:rFonts w:eastAsia="Aptos"/>
                <w:b/>
                <w:color w:val="607184"/>
                <w:sz w:val="16"/>
              </w:rPr>
              <w:t>ỨNG VIÊN</w:t>
            </w:r>
          </w:p>
        </w:tc>
        <w:tc>
          <w:tcPr>
            <w:tcW w:w="5102" w:type="dxa"/>
          </w:tcPr>
          <w:p w14:paraId="7D24EAE0" w14:textId="77777777" w:rsidR="009F4A06" w:rsidRDefault="00000000">
            <w:pPr>
              <w:jc w:val="center"/>
            </w:pPr>
            <w:r>
              <w:rPr>
                <w:rFonts w:eastAsia="Aptos"/>
                <w:b/>
                <w:color w:val="607184"/>
                <w:sz w:val="16"/>
              </w:rPr>
              <w:t>ĐẠI DIỆN TUYỂN DỤNG (nếu cần)</w:t>
            </w:r>
          </w:p>
        </w:tc>
      </w:tr>
      <w:tr w:rsidR="009F4A06" w14:paraId="7D6BC14C" w14:textId="77777777">
        <w:trPr>
          <w:jc w:val="center"/>
        </w:trPr>
        <w:tc>
          <w:tcPr>
            <w:tcW w:w="5102" w:type="dxa"/>
          </w:tcPr>
          <w:p w14:paraId="7CFB2A64" w14:textId="77777777" w:rsidR="009F4A06" w:rsidRDefault="00000000">
            <w:pPr>
              <w:jc w:val="center"/>
            </w:pPr>
            <w:r>
              <w:rPr>
                <w:rFonts w:eastAsia="Aptos"/>
                <w:color w:val="7A8794"/>
                <w:sz w:val="15"/>
              </w:rPr>
              <w:br/>
            </w:r>
            <w:r>
              <w:rPr>
                <w:rFonts w:eastAsia="Aptos"/>
                <w:color w:val="7A8794"/>
                <w:sz w:val="15"/>
              </w:rPr>
              <w:br/>
            </w:r>
            <w:r>
              <w:rPr>
                <w:rFonts w:eastAsia="Aptos"/>
                <w:color w:val="7A8794"/>
                <w:sz w:val="15"/>
              </w:rPr>
              <w:br/>
              <w:t>Ký và ghi rõ họ tên</w:t>
            </w:r>
            <w:r>
              <w:rPr>
                <w:rFonts w:eastAsia="Aptos"/>
                <w:color w:val="7A8794"/>
                <w:sz w:val="15"/>
              </w:rPr>
              <w:br/>
              <w:t>Ngày: ....... / ....... / ........</w:t>
            </w:r>
          </w:p>
        </w:tc>
        <w:tc>
          <w:tcPr>
            <w:tcW w:w="5102" w:type="dxa"/>
          </w:tcPr>
          <w:p w14:paraId="4A96273A" w14:textId="77777777" w:rsidR="009F4A06" w:rsidRDefault="00000000">
            <w:pPr>
              <w:jc w:val="center"/>
            </w:pPr>
            <w:r>
              <w:rPr>
                <w:rFonts w:eastAsia="Aptos"/>
                <w:color w:val="7A8794"/>
                <w:sz w:val="15"/>
              </w:rPr>
              <w:br/>
            </w:r>
            <w:r>
              <w:rPr>
                <w:rFonts w:eastAsia="Aptos"/>
                <w:color w:val="7A8794"/>
                <w:sz w:val="15"/>
              </w:rPr>
              <w:br/>
            </w:r>
            <w:r>
              <w:rPr>
                <w:rFonts w:eastAsia="Aptos"/>
                <w:color w:val="7A8794"/>
                <w:sz w:val="15"/>
              </w:rPr>
              <w:br/>
              <w:t>Ký và ghi rõ họ tên</w:t>
            </w:r>
            <w:r>
              <w:rPr>
                <w:rFonts w:eastAsia="Aptos"/>
                <w:color w:val="7A8794"/>
                <w:sz w:val="15"/>
              </w:rPr>
              <w:br/>
              <w:t>Ngày: ....... / ....... / ........</w:t>
            </w:r>
          </w:p>
        </w:tc>
      </w:tr>
    </w:tbl>
    <w:p w14:paraId="29E369A9" w14:textId="77777777" w:rsidR="009F4A06" w:rsidRDefault="00000000">
      <w:pPr>
        <w:spacing w:before="120" w:after="0"/>
        <w:jc w:val="center"/>
      </w:pPr>
      <w:r>
        <w:rPr>
          <w:rFonts w:eastAsia="Aptos"/>
          <w:color w:val="8A96A3"/>
          <w:sz w:val="14"/>
        </w:rPr>
        <w:t>Biểu mẫu được thiết kế theo hướng tối giản, tập trung vào năng lực, kinh nghiệm và thông tin cần thiết cho quyết định tuyển dụng.</w:t>
      </w:r>
    </w:p>
    <w:sectPr w:rsidR="009F4A06" w:rsidSect="00012AB3">
      <w:headerReference w:type="default" r:id="rId8"/>
      <w:footerReference w:type="default" r:id="rId9"/>
      <w:pgSz w:w="11906" w:h="16838"/>
      <w:pgMar w:top="737" w:right="850" w:bottom="737" w:left="85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CC4C" w14:textId="77777777" w:rsidR="00DA1500" w:rsidRDefault="00DA1500">
      <w:pPr>
        <w:spacing w:after="0" w:line="240" w:lineRule="auto"/>
      </w:pPr>
      <w:r>
        <w:separator/>
      </w:r>
    </w:p>
  </w:endnote>
  <w:endnote w:type="continuationSeparator" w:id="0">
    <w:p w14:paraId="34A1095C" w14:textId="77777777" w:rsidR="00DA1500" w:rsidRDefault="00DA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2171" w14:textId="77777777" w:rsidR="009F4A06" w:rsidRDefault="009F4A06">
    <w:pPr>
      <w:pStyle w:val="Foote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02"/>
      <w:gridCol w:w="5102"/>
    </w:tblGrid>
    <w:tr w:rsidR="009F4A06" w14:paraId="347E286F" w14:textId="77777777">
      <w:tc>
        <w:tcPr>
          <w:tcW w:w="5102" w:type="dxa"/>
        </w:tcPr>
        <w:p w14:paraId="780AE309" w14:textId="77777777" w:rsidR="009F4A06" w:rsidRDefault="00000000">
          <w:r>
            <w:rPr>
              <w:rFonts w:eastAsia="Aptos"/>
              <w:color w:val="7A8794"/>
              <w:sz w:val="14"/>
            </w:rPr>
            <w:t>Thông tin ứng viên • Phiên bản 2026</w:t>
          </w:r>
        </w:p>
      </w:tc>
      <w:tc>
        <w:tcPr>
          <w:tcW w:w="5102" w:type="dxa"/>
        </w:tcPr>
        <w:p w14:paraId="54B4BB31" w14:textId="77777777" w:rsidR="009F4A06" w:rsidRDefault="00000000">
          <w:pPr>
            <w:jc w:val="right"/>
          </w:pPr>
          <w:r>
            <w:fldChar w:fldCharType="begin"/>
          </w:r>
          <w:r>
            <w:instrText>PAGE</w:instrText>
          </w:r>
          <w:r>
            <w:fldChar w:fldCharType="separate"/>
          </w:r>
          <w:r w:rsidR="00012AB3">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A4CF6" w14:textId="77777777" w:rsidR="00DA1500" w:rsidRDefault="00DA1500">
      <w:pPr>
        <w:spacing w:after="0" w:line="240" w:lineRule="auto"/>
      </w:pPr>
      <w:r>
        <w:separator/>
      </w:r>
    </w:p>
  </w:footnote>
  <w:footnote w:type="continuationSeparator" w:id="0">
    <w:p w14:paraId="21BE643D" w14:textId="77777777" w:rsidR="00DA1500" w:rsidRDefault="00DA1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BA34" w14:textId="4AFFE275" w:rsidR="009F4A06" w:rsidRDefault="00012AB3">
    <w:pPr>
      <w:pStyle w:val="Header"/>
    </w:pPr>
    <w:r>
      <w:rPr>
        <w:noProof/>
      </w:rPr>
      <w:drawing>
        <wp:inline distT="0" distB="0" distL="0" distR="0" wp14:anchorId="559F6C9B" wp14:editId="32355448">
          <wp:extent cx="1421203" cy="381000"/>
          <wp:effectExtent l="0" t="0" r="7620" b="0"/>
          <wp:docPr id="1123503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5671" name="Picture 67895671"/>
                  <pic:cNvPicPr/>
                </pic:nvPicPr>
                <pic:blipFill>
                  <a:blip r:embed="rId1"/>
                  <a:stretch>
                    <a:fillRect/>
                  </a:stretch>
                </pic:blipFill>
                <pic:spPr>
                  <a:xfrm>
                    <a:off x="0" y="0"/>
                    <a:ext cx="1423582" cy="381638"/>
                  </a:xfrm>
                  <a:prstGeom prst="rect">
                    <a:avLst/>
                  </a:prstGeom>
                </pic:spPr>
              </pic:pic>
            </a:graphicData>
          </a:graphic>
        </wp:inline>
      </w:drawing>
    </w:r>
  </w:p>
  <w:tbl>
    <w:tblPr>
      <w:tblW w:w="11178" w:type="dxa"/>
      <w:tblBorders>
        <w:top w:val="nil"/>
        <w:left w:val="nil"/>
        <w:bottom w:val="nil"/>
        <w:right w:val="nil"/>
        <w:insideH w:val="nil"/>
        <w:insideV w:val="nil"/>
      </w:tblBorders>
      <w:tblLayout w:type="fixed"/>
      <w:tblLook w:val="04A0" w:firstRow="1" w:lastRow="0" w:firstColumn="1" w:lastColumn="0" w:noHBand="0" w:noVBand="1"/>
    </w:tblPr>
    <w:tblGrid>
      <w:gridCol w:w="11178"/>
    </w:tblGrid>
    <w:tr w:rsidR="00012AB3" w14:paraId="5CD47FC9" w14:textId="77777777" w:rsidTr="00012AB3">
      <w:tc>
        <w:tcPr>
          <w:tcW w:w="11178" w:type="dxa"/>
        </w:tcPr>
        <w:p w14:paraId="5F752C63" w14:textId="5BEC964C" w:rsidR="00012AB3" w:rsidRDefault="00012AB3" w:rsidP="00012AB3">
          <w:pPr>
            <w:ind w:right="300"/>
            <w:jc w:val="right"/>
          </w:pPr>
          <w:r>
            <w:rPr>
              <w:rFonts w:eastAsia="Aptos"/>
              <w:b/>
              <w:color w:val="607184"/>
              <w:sz w:val="15"/>
            </w:rPr>
            <w:t xml:space="preserve"> CANDIDATE INFORMATION FORM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797180">
    <w:abstractNumId w:val="8"/>
  </w:num>
  <w:num w:numId="2" w16cid:durableId="2045982974">
    <w:abstractNumId w:val="6"/>
  </w:num>
  <w:num w:numId="3" w16cid:durableId="58600403">
    <w:abstractNumId w:val="5"/>
  </w:num>
  <w:num w:numId="4" w16cid:durableId="167866043">
    <w:abstractNumId w:val="4"/>
  </w:num>
  <w:num w:numId="5" w16cid:durableId="737290903">
    <w:abstractNumId w:val="7"/>
  </w:num>
  <w:num w:numId="6" w16cid:durableId="1523468572">
    <w:abstractNumId w:val="3"/>
  </w:num>
  <w:num w:numId="7" w16cid:durableId="2711075">
    <w:abstractNumId w:val="2"/>
  </w:num>
  <w:num w:numId="8" w16cid:durableId="1210873261">
    <w:abstractNumId w:val="1"/>
  </w:num>
  <w:num w:numId="9" w16cid:durableId="330530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AB3"/>
    <w:rsid w:val="00034616"/>
    <w:rsid w:val="0006063C"/>
    <w:rsid w:val="0015074B"/>
    <w:rsid w:val="0029639D"/>
    <w:rsid w:val="00326F90"/>
    <w:rsid w:val="00335222"/>
    <w:rsid w:val="009F4A06"/>
    <w:rsid w:val="00AA1D8D"/>
    <w:rsid w:val="00B47730"/>
    <w:rsid w:val="00CB0664"/>
    <w:rsid w:val="00DA15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4B8853"/>
  <w14:defaultImageDpi w14:val="300"/>
  <w15:docId w15:val="{1B6BF204-3981-4A30-9850-64213AFF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ptos" w:hAnsi="Aptos"/>
      <w:color w:val="26364A"/>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Tuyen Dung - DXG</cp:lastModifiedBy>
  <cp:revision>2</cp:revision>
  <dcterms:created xsi:type="dcterms:W3CDTF">2013-12-23T23:15:00Z</dcterms:created>
  <dcterms:modified xsi:type="dcterms:W3CDTF">2026-10-02T04:51:00Z</dcterms:modified>
  <cp:category/>
</cp:coreProperties>
</file>